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№ {{ order.number }}</w:t>
      </w:r>
    </w:p>
    <w:p>
      <w:pPr>
        <w:spacing w:after="40" w:before="0"/>
        <w:jc w:val="center"/>
      </w:pPr>
      <w:r>
        <w:rPr>
          <w:b/>
        </w:rPr>
        <w:t>первичного обследования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>{{ object.name }}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>{{ report.date_long or today_long }}</w:t>
            </w:r>
          </w:p>
        </w:tc>
      </w:tr>
    </w:tbl>
    <w:p>
      <w:pPr>
        <w:spacing w:after="80" w:before="0"/>
      </w:pPr>
      <w:r>
        <w:rPr/>
      </w:r>
    </w:p>
    <w:p>
      <w:pPr>
        <w:spacing w:after="120" w:before="0"/>
        <w:ind w:firstLine="567"/>
        <w:jc w:val="both"/>
      </w:pPr>
      <w:r>
        <w:rPr/>
        <w:t xml:space="preserve">Мы, нижеподписавшиеся, представитель Заказчика — </w:t>
      </w:r>
      <w:r>
        <w:rPr>
          <w:b/>
        </w:rPr>
        <w:t>{{ customer.name }}</w:t>
      </w:r>
      <w:r>
        <w:rPr/>
        <w:t xml:space="preserve"> (руководитель — {{ customer.director_full_name }}), с одной стороны, и представитель Исполнителя — </w:t>
      </w:r>
      <w:r>
        <w:rPr>
          <w:b/>
        </w:rPr>
        <w:t>{{ executor.name }}</w:t>
      </w:r>
      <w:r>
        <w:rPr/>
        <w:t xml:space="preserve"> (руководитель — {{ executor.director_full_name }}), с другой стороны, составили настоящий акт о том, что при обследовании объекта «{{ object.name }}», расположенного по адресу: {{ object.address }}, основание — договор № {{ contract.number }} от {{ contract.date_of_consclusion }}, установлено оборудование в составе: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5953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 по Техническому заданию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 по факту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group in equipment_groups %}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>{{ group.index }}{% if group.index %}.{% endif %}</w:t>
            </w:r>
          </w:p>
        </w:tc>
        <w:tc>
          <w:tcPr>
            <w:tcW w:type="dxa" w:w="5953"/>
          </w:tcPr>
          <w:p>
            <w:r/>
            <w:r>
              <w:rPr>
                <w:b/>
                <w:sz w:val="20"/>
              </w:rPr>
              <w:t>{{ group.system_name }}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row in group.rows %}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{{ row.index }}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>{{ row.name }}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{{ row.count }}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p>
      <w:pPr>
        <w:spacing w:after="0" w:before="0"/>
      </w:pPr>
      <w:r>
        <w:rPr/>
        <w:t>смонтированное: _______________________________________________________________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(наименование монтажной организации, дата монтажа)</w:t>
      </w:r>
    </w:p>
    <w:p>
      <w:pPr>
        <w:spacing w:after="0" w:before="0"/>
      </w:pPr>
      <w:r>
        <w:rPr/>
        <w:t>налаженное: ___________________________________________________________________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(наименование наладочной организации, дата наладки)</w:t>
      </w:r>
    </w:p>
    <w:p>
      <w:pPr>
        <w:spacing w:after="0" w:before="0"/>
      </w:pPr>
      <w:r>
        <w:rPr/>
        <w:t>по проекту, выполненному: _____________________________________________________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(наименование проектной организации, номер и дата выпуска проекта)</w:t>
      </w:r>
    </w:p>
    <w:p>
      <w:pPr>
        <w:keepNext/>
        <w:spacing w:after="80" w:before="160"/>
      </w:pPr>
      <w:r>
        <w:rPr>
          <w:b/>
        </w:rPr>
        <w:t>Установлено:</w:t>
      </w:r>
    </w:p>
    <w:p>
      <w:pPr>
        <w:spacing w:after="80" w:before="0"/>
        <w:jc w:val="both"/>
      </w:pPr>
      <w:r>
        <w:rPr/>
        <w:t>{{ report.description or '______________________________________________________________________________' }}</w:t>
      </w:r>
    </w:p>
    <w:p>
      <w:pPr>
        <w:spacing w:after="0" w:before="0"/>
      </w:pPr>
      <w:r>
        <w:rPr/>
        <w:t>{%p for i in issues_open %}</w:t>
      </w:r>
    </w:p>
    <w:p>
      <w:pPr>
        <w:spacing w:after="80" w:before="0"/>
        <w:jc w:val="both"/>
      </w:pPr>
      <w:r>
        <w:rPr/>
        <w:t>{{ i.index }}. {{ i.equipment }} — {{ i.title }}.</w:t>
      </w:r>
    </w:p>
    <w:p>
      <w:pPr>
        <w:spacing w:after="0" w:before="0"/>
      </w:pPr>
      <w:r>
        <w:rPr/>
        <w:t>{%p endfor %}</w:t>
      </w:r>
    </w:p>
    <w:p>
      <w:pPr>
        <w:keepNext/>
        <w:spacing w:after="80" w:before="160"/>
      </w:pPr>
      <w:r>
        <w:rPr>
          <w:b/>
        </w:rPr>
        <w:t>Выводы: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{{ customer.name }}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________________ / {{ customer.director_full_name }}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________________ / {{ executor.director_full_name }}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>Работы выполнил: {{ report.engineer or order.assigned_to or '________________' }}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