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 xml:space="preserve">АКТ № ____________</w:t>
      </w:r>
    </w:p>
    <w:p>
      <w:pPr>
        <w:spacing w:after="40" w:before="0"/>
        <w:jc w:val="center"/>
      </w:pPr>
      <w:r>
        <w:rPr>
          <w:b/>
        </w:rPr>
        <w:t>первичного обследования</w:t>
      </w:r>
    </w:p>
    <w:p>
      <w:pPr>
        <w:spacing w:after="8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sz w:val="24"/>
              </w:rPr>
              <w:t xml:space="preserve">«____» ______________ 20___ г.</w:t>
            </w:r>
          </w:p>
        </w:tc>
      </w:tr>
    </w:tbl>
    <w:p>
      <w:pPr>
        <w:spacing w:after="80" w:before="0"/>
      </w:pPr>
      <w:r>
        <w:rPr/>
      </w:r>
    </w:p>
    <w:p>
      <w:pPr>
        <w:spacing w:after="120" w:before="0"/>
        <w:ind w:firstLine="567"/>
        <w:jc w:val="both"/>
      </w:pPr>
      <w:r>
        <w:rPr/>
        <w:t xml:space="preserve">Мы, нижеподписавшиеся, представитель Заказчика — </w:t>
      </w:r>
      <w:r>
        <w:rPr>
          <w:b/>
        </w:rPr>
        <w:t xml:space="preserve">____________</w:t>
      </w:r>
      <w:r>
        <w:rPr/>
        <w:t xml:space="preserve"> (руководитель — ____________), с одной стороны, и представитель Исполнителя — </w:t>
      </w:r>
      <w:r>
        <w:rPr>
          <w:b/>
        </w:rPr>
        <w:t xml:space="preserve">____________</w:t>
      </w:r>
      <w:r>
        <w:rPr/>
        <w:t xml:space="preserve"> (руководитель — ____________), с другой стороны, составили настоящий акт о том, что при обследовании объекта «____________», расположенного по адресу: ____________, основание — договор № ____________ от ____________, установлено оборудование в составе: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5953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оборудования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Кол-во по Техническому заданию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Кол-во по факту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20"/>
              </w:rPr>
              <w:t xml:space="preserve"/>
            </w:r>
          </w:p>
        </w:tc>
        <w:tc>
          <w:tcPr>
            <w:tcW w:type="dxa" w:w="5953"/>
          </w:tcPr>
          <w:p>
            <w:r/>
            <w:r>
              <w:rPr>
                <w:b/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5953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</w:tbl>
    <w:p>
      <w:pPr>
        <w:spacing w:after="80" w:before="0"/>
      </w:pPr>
      <w:r>
        <w:rPr/>
      </w:r>
    </w:p>
    <w:p>
      <w:pPr>
        <w:spacing w:after="0" w:before="0"/>
      </w:pPr>
      <w:r>
        <w:rPr/>
        <w:t>смонтированное: _______________________________________________________________</w:t>
      </w:r>
    </w:p>
    <w:p>
      <w:pPr>
        <w:spacing w:after="120" w:before="0"/>
        <w:jc w:val="center"/>
      </w:pPr>
      <w:r>
        <w:rPr>
          <w:i/>
          <w:sz w:val="16"/>
        </w:rPr>
        <w:t>(наименование монтажной организации, дата монтажа)</w:t>
      </w:r>
    </w:p>
    <w:p>
      <w:pPr>
        <w:spacing w:after="0" w:before="0"/>
      </w:pPr>
      <w:r>
        <w:rPr/>
        <w:t>налаженное: ___________________________________________________________________</w:t>
      </w:r>
    </w:p>
    <w:p>
      <w:pPr>
        <w:spacing w:after="120" w:before="0"/>
        <w:jc w:val="center"/>
      </w:pPr>
      <w:r>
        <w:rPr>
          <w:i/>
          <w:sz w:val="16"/>
        </w:rPr>
        <w:t>(наименование наладочной организации, дата наладки)</w:t>
      </w:r>
    </w:p>
    <w:p>
      <w:pPr>
        <w:spacing w:after="0" w:before="0"/>
      </w:pPr>
      <w:r>
        <w:rPr/>
        <w:t>по проекту, выполненному: _____________________________________________________</w:t>
      </w:r>
    </w:p>
    <w:p>
      <w:pPr>
        <w:spacing w:after="120" w:before="0"/>
        <w:jc w:val="center"/>
      </w:pPr>
      <w:r>
        <w:rPr>
          <w:i/>
          <w:sz w:val="16"/>
        </w:rPr>
        <w:t>(наименование проектной организации, номер и дата выпуска проекта)</w:t>
      </w:r>
    </w:p>
    <w:p>
      <w:pPr>
        <w:keepNext/>
        <w:spacing w:after="80" w:before="160"/>
      </w:pPr>
      <w:r>
        <w:rPr>
          <w:b/>
        </w:rPr>
        <w:t>Установлено:</w:t>
      </w:r>
    </w:p>
    <w:p>
      <w:pPr>
        <w:spacing w:after="80" w:before="0"/>
        <w:jc w:val="both"/>
      </w:pPr>
      <w:r>
        <w:rPr/>
        <w:t xml:space="preserve">______________________________________________________________________________</w:t>
      </w:r>
    </w:p>
    <w:p>
      <w:pPr>
        <w:spacing w:after="80" w:before="0"/>
        <w:jc w:val="both"/>
      </w:pPr>
      <w:r>
        <w:rPr/>
        <w:t xml:space="preserve">1. ______________________________ — ____________________________________.</w:t>
      </w:r>
    </w:p>
    <w:p>
      <w:pPr>
        <w:spacing w:after="80" w:before="0"/>
        <w:jc w:val="both"/>
      </w:pPr>
      <w:r>
        <w:rPr/>
        <w:t xml:space="preserve">2. ______________________________ — ____________________________________.</w:t>
      </w:r>
    </w:p>
    <w:p>
      <w:pPr>
        <w:spacing w:after="80" w:before="0"/>
        <w:jc w:val="both"/>
      </w:pPr>
      <w:r>
        <w:rPr/>
        <w:t xml:space="preserve">3. ______________________________ — ____________________________________.</w:t>
      </w:r>
    </w:p>
    <w:p>
      <w:pPr>
        <w:keepNext/>
        <w:spacing w:after="80" w:before="160"/>
      </w:pPr>
      <w:r>
        <w:rPr>
          <w:b/>
        </w:rPr>
        <w:t>Выводы: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spacing w:after="12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Заказчика: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Исполнителя: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________________ / ____________ /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________________ / ____________ /</w:t>
            </w:r>
          </w:p>
        </w:tc>
      </w:tr>
      <w:tr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</w:pPr>
      <w:r>
        <w:rPr>
          <w:sz w:val="22"/>
        </w:rPr>
        <w:t xml:space="preserve">Работы выполнил: ____________</w:t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