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 № {{ order.number }}</w:t>
      </w:r>
    </w:p>
    <w:p>
      <w:pPr>
        <w:spacing w:after="40" w:before="0"/>
        <w:jc w:val="center"/>
      </w:pPr>
      <w:r>
        <w:rPr>
          <w:b/>
        </w:rPr>
        <w:t>проверки работоспособности (проведения работ по техническому обслуживанию)</w:t>
      </w:r>
    </w:p>
    <w:p>
      <w:pPr>
        <w:spacing w:after="40" w:before="0"/>
        <w:jc w:val="center"/>
      </w:pPr>
      <w:r>
        <w:rPr>
          <w:b/>
        </w:rPr>
        <w:t>средств обеспечения пожарной безопасности зданий и сооружений</w:t>
      </w:r>
    </w:p>
    <w:p>
      <w:pPr>
        <w:spacing w:after="8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sz w:val="24"/>
              </w:rPr>
              <w:t>Договор № {{ contract.number }} от {{ contract.date_of_consclusion }}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sz w:val="24"/>
              </w:rPr>
              <w:t>{{ report.date_long or today_long }}</w:t>
            </w:r>
          </w:p>
        </w:tc>
      </w:tr>
    </w:tbl>
    <w:p>
      <w:pPr>
        <w:spacing w:after="80" w:before="0"/>
      </w:pPr>
      <w:r>
        <w:rPr/>
      </w:r>
    </w:p>
    <w:p>
      <w:pPr>
        <w:spacing w:after="0" w:before="0"/>
      </w:pPr>
      <w:r>
        <w:rPr/>
        <w:t xml:space="preserve">Проведена проверка работоспособности: </w:t>
      </w:r>
      <w:r>
        <w:rPr>
          <w:u w:val="single"/>
        </w:rPr>
        <w:t>{{ equipment_groups | map(attribute='system_name') | select | join(', ') or '__________________________________________________' }}</w:t>
      </w:r>
    </w:p>
    <w:p>
      <w:pPr>
        <w:spacing w:after="120" w:before="0"/>
        <w:jc w:val="center"/>
      </w:pPr>
      <w:r>
        <w:rPr>
          <w:i/>
          <w:sz w:val="16"/>
        </w:rPr>
        <w:t>(вид системы — АПС, СОУЭ, АУПТ и т. д., а также виды выполняемых работ)</w:t>
      </w:r>
    </w:p>
    <w:p>
      <w:pPr>
        <w:spacing w:after="0" w:before="0"/>
      </w:pPr>
      <w:r>
        <w:rPr/>
        <w:t xml:space="preserve">Исполнитель: </w:t>
      </w:r>
      <w:r>
        <w:rPr>
          <w:u w:val="single"/>
        </w:rPr>
        <w:t>{{ executor.name }}, ИНН {{ executor.inn }}</w:t>
      </w:r>
    </w:p>
    <w:p>
      <w:pPr>
        <w:spacing w:after="120" w:before="0"/>
        <w:jc w:val="center"/>
      </w:pPr>
      <w:r>
        <w:rPr>
          <w:i/>
          <w:sz w:val="16"/>
        </w:rPr>
        <w:t>(полное наименование юридического лица или ФИО индивидуального предпринимателя — лицензиата)</w:t>
      </w:r>
    </w:p>
    <w:p>
      <w:pPr>
        <w:spacing w:after="120" w:before="0"/>
      </w:pPr>
      <w:r>
        <w:rPr/>
        <w:t>Лицензия МЧС России № ____________ от ____________.</w:t>
      </w:r>
    </w:p>
    <w:p>
      <w:pPr>
        <w:spacing w:after="120" w:before="0"/>
        <w:jc w:val="both"/>
      </w:pPr>
      <w:r>
        <w:rPr/>
        <w:t xml:space="preserve">на объекте: </w:t>
      </w:r>
      <w:r>
        <w:rPr>
          <w:u w:val="single"/>
        </w:rPr>
        <w:t>«{{ object.name }}»</w:t>
      </w:r>
      <w:r>
        <w:rPr/>
        <w:t xml:space="preserve">, расположенном по адресу: </w:t>
      </w:r>
      <w:r>
        <w:rPr>
          <w:u w:val="single"/>
        </w:rPr>
        <w:t>{{ object.address }}</w:t>
      </w:r>
      <w:r>
        <w:rPr/>
        <w:t>.</w:t>
      </w:r>
    </w:p>
    <w:p>
      <w:pPr>
        <w:spacing w:after="160" w:before="0"/>
      </w:pPr>
      <w:r>
        <w:rPr/>
        <w:t>Проверка проведена {{ report.date or order.created_at }} в соответствии с план-графиком ({{ order.type }}).</w:t>
      </w:r>
    </w:p>
    <w:p>
      <w:pPr>
        <w:keepNext/>
        <w:spacing w:after="80" w:before="160"/>
      </w:pPr>
      <w:r>
        <w:rPr>
          <w:b/>
        </w:rPr>
        <w:t>Проверенное оборудование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7370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оборудования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Кол-во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for group in equipment_groups %}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20"/>
              </w:rPr>
              <w:t>{{ group.index }}{% if group.index %}.{% endif %}</w:t>
            </w:r>
          </w:p>
        </w:tc>
        <w:tc>
          <w:tcPr>
            <w:tcW w:type="dxa" w:w="7370"/>
          </w:tcPr>
          <w:p>
            <w:r/>
            <w:r>
              <w:rPr>
                <w:b/>
                <w:sz w:val="20"/>
              </w:rPr>
              <w:t>{{ group.system_name }}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for row in group.rows %}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{{ row.index }}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>{{ row.name }}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{{ row.count }}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endfor %}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endfor %}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80" w:before="0"/>
      </w:pPr>
      <w:r>
        <w:rPr/>
      </w:r>
    </w:p>
    <w:p>
      <w:pPr>
        <w:keepNext/>
        <w:spacing w:after="80" w:before="160"/>
      </w:pPr>
      <w:r>
        <w:rPr>
          <w:b/>
        </w:rPr>
        <w:t>В результате проверки работоспособности установлено:</w:t>
      </w:r>
    </w:p>
    <w:p>
      <w:pPr>
        <w:spacing w:after="80" w:before="0"/>
        <w:jc w:val="both"/>
      </w:pPr>
      <w:r>
        <w:rPr/>
        <w:t>{{ report.description or '______________________________________________________________________________' }}</w:t>
      </w:r>
    </w:p>
    <w:p>
      <w:pPr>
        <w:spacing w:after="0" w:before="0"/>
      </w:pPr>
      <w:r>
        <w:rPr/>
        <w:t>{%p for i in issues_open %}</w:t>
      </w:r>
    </w:p>
    <w:p>
      <w:pPr>
        <w:spacing w:after="80" w:before="0"/>
        <w:jc w:val="both"/>
      </w:pPr>
      <w:r>
        <w:rPr/>
        <w:t>— {{ i.equipment }}: {{ i.title }} (обнаружено {{ i.detected_date }}).</w:t>
      </w:r>
    </w:p>
    <w:p>
      <w:pPr>
        <w:spacing w:after="0" w:before="0"/>
      </w:pPr>
      <w:r>
        <w:rPr/>
        <w:t>{%p endfor %}</w:t>
      </w:r>
    </w:p>
    <w:p>
      <w:pPr>
        <w:spacing w:after="120" w:before="0"/>
        <w:jc w:val="center"/>
      </w:pPr>
      <w:r>
        <w:rPr>
          <w:i/>
          <w:sz w:val="16"/>
        </w:rPr>
        <w:t>(указывается работоспособность (неработоспособность) систем)</w:t>
      </w:r>
    </w:p>
    <w:p>
      <w:pPr>
        <w:keepNext/>
        <w:spacing w:after="80" w:before="160"/>
      </w:pPr>
      <w:r>
        <w:rPr>
          <w:b/>
        </w:rPr>
        <w:t>Заключение</w:t>
      </w:r>
    </w:p>
    <w:p>
      <w:pPr>
        <w:spacing w:after="0" w:before="0"/>
      </w:pPr>
      <w:r>
        <w:rPr/>
        <w:t>{%p if issues_open %}</w:t>
      </w:r>
    </w:p>
    <w:p>
      <w:pPr>
        <w:spacing w:after="80" w:before="0"/>
        <w:jc w:val="both"/>
      </w:pPr>
      <w:r>
        <w:rPr/>
        <w:t>Системы работоспособны частично: выявленные неисправности подлежат устранению.</w:t>
      </w:r>
    </w:p>
    <w:p>
      <w:pPr>
        <w:spacing w:after="0" w:before="0"/>
      </w:pPr>
      <w:r>
        <w:rPr/>
        <w:t>{%p elif report.number %}</w:t>
      </w:r>
    </w:p>
    <w:p>
      <w:pPr>
        <w:spacing w:after="80" w:before="0"/>
        <w:jc w:val="both"/>
      </w:pPr>
      <w:r>
        <w:rPr/>
        <w:t>Системы находятся в работоспособном состоянии.</w:t>
      </w:r>
    </w:p>
    <w:p>
      <w:pPr>
        <w:spacing w:after="0" w:before="0"/>
      </w:pPr>
      <w:r>
        <w:rPr/>
        <w:t>{%p else %}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spacing w:after="0" w:before="0"/>
      </w:pPr>
      <w:r>
        <w:rPr/>
        <w:t>{%p endif %}</w:t>
      </w:r>
    </w:p>
    <w:p>
      <w:pPr>
        <w:spacing w:after="12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Заказчика: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Исполнителя: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{{ customer.name }}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{{ executor.name }}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________________ / {{ customer.director_full_name }} /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________________ / {{ executor.director_full_name }} /</w:t>
            </w:r>
          </w:p>
        </w:tc>
      </w:tr>
      <w:tr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</w:tr>
    </w:tbl>
    <w:p>
      <w:pPr>
        <w:spacing w:after="80" w:before="0"/>
      </w:pPr>
      <w:r>
        <w:rPr/>
      </w:r>
    </w:p>
    <w:p>
      <w:pPr>
        <w:spacing w:after="80" w:before="0"/>
      </w:pPr>
      <w:r>
        <w:rPr>
          <w:sz w:val="22"/>
        </w:rPr>
        <w:t>Работы выполнил: {{ report.engineer or order.assigned_to or '________________' }}</w:t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