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 xml:space="preserve">АКТ № ____________</w:t>
      </w:r>
    </w:p>
    <w:p>
      <w:pPr>
        <w:spacing w:after="40" w:before="0"/>
        <w:jc w:val="center"/>
      </w:pPr>
      <w:r>
        <w:rPr>
          <w:b/>
        </w:rPr>
        <w:t>проверки работоспособности (проведения работ по техническому обслуживанию)</w:t>
      </w:r>
    </w:p>
    <w:p>
      <w:pPr>
        <w:spacing w:after="40" w:before="0"/>
        <w:jc w:val="center"/>
      </w:pPr>
      <w:r>
        <w:rPr>
          <w:b/>
        </w:rPr>
        <w:t>средств обеспечения пожарной безопасности зданий и сооружений</w:t>
      </w:r>
    </w:p>
    <w:p>
      <w:pPr>
        <w:spacing w:after="8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Договор № ____________ от ____________</w:t>
            </w:r>
          </w:p>
        </w:tc>
        <w:tc>
          <w:tcPr>
            <w:tcW w:type="dxa" w:w="4819"/>
          </w:tcPr>
          <w:p>
            <w:pPr>
              <w:jc w:val="right"/>
            </w:pPr>
            <w:r/>
            <w:r>
              <w:rPr>
                <w:sz w:val="24"/>
              </w:rPr>
              <w:t xml:space="preserve">«____» ______________ 20___ г.</w:t>
            </w:r>
          </w:p>
        </w:tc>
      </w:tr>
    </w:tbl>
    <w:p>
      <w:pPr>
        <w:spacing w:after="80" w:before="0"/>
      </w:pPr>
      <w:r>
        <w:rPr/>
      </w:r>
    </w:p>
    <w:p>
      <w:pPr>
        <w:spacing w:after="0" w:before="0"/>
      </w:pPr>
      <w:r>
        <w:rPr/>
        <w:t xml:space="preserve">Проведена проверка работоспособности: </w:t>
      </w:r>
      <w:r>
        <w:rPr>
          <w:u w:val="single"/>
        </w:rPr>
        <w:t xml:space="preserve">__________________________________________________</w:t>
      </w:r>
    </w:p>
    <w:p>
      <w:pPr>
        <w:spacing w:after="120" w:before="0"/>
        <w:jc w:val="center"/>
      </w:pPr>
      <w:r>
        <w:rPr>
          <w:i/>
          <w:sz w:val="16"/>
        </w:rPr>
        <w:t>(вид системы — АПС, СОУЭ, АУПТ и т. д., а также виды выполняемых работ)</w:t>
      </w:r>
    </w:p>
    <w:p>
      <w:pPr>
        <w:spacing w:after="0" w:before="0"/>
      </w:pPr>
      <w:r>
        <w:rPr/>
        <w:t xml:space="preserve">Исполнитель: </w:t>
      </w:r>
      <w:r>
        <w:rPr>
          <w:u w:val="single"/>
        </w:rPr>
        <w:t xml:space="preserve">____________, ИНН ____________</w:t>
      </w:r>
    </w:p>
    <w:p>
      <w:pPr>
        <w:spacing w:after="120" w:before="0"/>
        <w:jc w:val="center"/>
      </w:pPr>
      <w:r>
        <w:rPr>
          <w:i/>
          <w:sz w:val="16"/>
        </w:rPr>
        <w:t>(полное наименование юридического лица или ФИО индивидуального предпринимателя — лицензиата)</w:t>
      </w:r>
    </w:p>
    <w:p>
      <w:pPr>
        <w:spacing w:after="120" w:before="0"/>
      </w:pPr>
      <w:r>
        <w:rPr/>
        <w:t>Лицензия МЧС России № ____________ от ____________.</w:t>
      </w:r>
    </w:p>
    <w:p>
      <w:pPr>
        <w:spacing w:after="120" w:before="0"/>
        <w:jc w:val="both"/>
      </w:pPr>
      <w:r>
        <w:rPr/>
        <w:t xml:space="preserve">на объекте: </w:t>
      </w:r>
      <w:r>
        <w:rPr>
          <w:u w:val="single"/>
        </w:rPr>
        <w:t xml:space="preserve">«____________»</w:t>
      </w:r>
      <w:r>
        <w:rPr/>
        <w:t xml:space="preserve">, расположенном по адресу: </w:t>
      </w:r>
      <w:r>
        <w:rPr>
          <w:u w:val="single"/>
        </w:rPr>
        <w:t xml:space="preserve">____________</w:t>
      </w:r>
      <w:r>
        <w:rPr/>
        <w:t>.</w:t>
      </w:r>
    </w:p>
    <w:p>
      <w:pPr>
        <w:spacing w:after="160" w:before="0"/>
      </w:pPr>
      <w:r>
        <w:rPr/>
        <w:t xml:space="preserve">Проверка проведена ____________ в соответствии с план-графиком (____________).</w:t>
      </w:r>
    </w:p>
    <w:p>
      <w:pPr>
        <w:keepNext/>
        <w:spacing w:after="80" w:before="160"/>
      </w:pPr>
      <w:r>
        <w:rPr>
          <w:b/>
        </w:rPr>
        <w:t>Проверенное оборудование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18"/>
              </w:rPr>
              <w:t>№ п/п</w:t>
            </w:r>
          </w:p>
        </w:tc>
        <w:tc>
          <w:tcPr>
            <w:tcW w:type="dxa" w:w="7370"/>
          </w:tcPr>
          <w:p>
            <w:pPr>
              <w:jc w:val="center"/>
            </w:pPr>
            <w:r/>
            <w:r>
              <w:rPr>
                <w:b/>
                <w:sz w:val="18"/>
              </w:rPr>
              <w:t>Наименование оборудования</w:t>
            </w:r>
          </w:p>
        </w:tc>
        <w:tc>
          <w:tcPr>
            <w:tcW w:type="dxa" w:w="1417"/>
          </w:tcPr>
          <w:p>
            <w:pPr>
              <w:jc w:val="center"/>
            </w:pPr>
            <w:r/>
            <w:r>
              <w:rPr>
                <w:b/>
                <w:sz w:val="18"/>
              </w:rPr>
              <w:t>Кол-во</w:t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b/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b/>
                <w:sz w:val="20"/>
              </w:rPr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  <w:tr>
        <w:tc>
          <w:tcPr>
            <w:tcW w:type="dxa" w:w="850"/>
          </w:tcPr>
          <w:p>
            <w:pPr>
              <w:jc w:val="center"/>
            </w:pPr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7370"/>
          </w:tcPr>
          <w:p>
            <w:r/>
            <w:r>
              <w:rPr>
                <w:sz w:val="20"/>
              </w:rPr>
              <w:t xml:space="preserve"/>
            </w:r>
          </w:p>
        </w:tc>
        <w:tc>
          <w:tcPr>
            <w:tcW w:type="dxa" w:w="1417"/>
          </w:tcPr>
          <w:p>
            <w:r/>
            <w:r>
              <w:rPr>
                <w:sz w:val="20"/>
              </w:rPr>
              <w:t xml:space="preserve"/>
            </w:r>
          </w:p>
        </w:tc>
      </w:tr>
    </w:tbl>
    <w:p>
      <w:pPr>
        <w:spacing w:after="80" w:before="0"/>
      </w:pPr>
      <w:r>
        <w:rPr/>
      </w:r>
    </w:p>
    <w:p>
      <w:pPr>
        <w:keepNext/>
        <w:spacing w:after="80" w:before="160"/>
      </w:pPr>
      <w:r>
        <w:rPr>
          <w:b/>
        </w:rPr>
        <w:t>В результате проверки работоспособности установлено:</w:t>
      </w:r>
    </w:p>
    <w:p>
      <w:pPr>
        <w:spacing w:after="80" w:before="0"/>
        <w:jc w:val="both"/>
      </w:pPr>
      <w:r>
        <w:rPr/>
        <w:t xml:space="preserve">______________________________________________________________________________</w:t>
      </w:r>
    </w:p>
    <w:p>
      <w:pPr>
        <w:spacing w:after="80" w:before="0"/>
        <w:jc w:val="both"/>
      </w:pPr>
      <w:r>
        <w:rPr/>
        <w:t xml:space="preserve">— ______________________________: ____________________________________ (обнаружено __________).</w:t>
      </w:r>
    </w:p>
    <w:p>
      <w:pPr>
        <w:spacing w:after="80" w:before="0"/>
        <w:jc w:val="both"/>
      </w:pPr>
      <w:r>
        <w:rPr/>
        <w:t xml:space="preserve">— ______________________________: ____________________________________ (обнаружено __________).</w:t>
      </w:r>
    </w:p>
    <w:p>
      <w:pPr>
        <w:spacing w:after="80" w:before="0"/>
        <w:jc w:val="both"/>
      </w:pPr>
      <w:r>
        <w:rPr/>
        <w:t xml:space="preserve">— ______________________________: ____________________________________ (обнаружено __________).</w:t>
      </w:r>
    </w:p>
    <w:p>
      <w:pPr>
        <w:spacing w:after="120" w:before="0"/>
        <w:jc w:val="center"/>
      </w:pPr>
      <w:r>
        <w:rPr>
          <w:i/>
          <w:sz w:val="16"/>
        </w:rPr>
        <w:t>(указывается работоспособность (неработоспособность) систем)</w:t>
      </w:r>
    </w:p>
    <w:p>
      <w:pPr>
        <w:keepNext/>
        <w:spacing w:after="80" w:before="160"/>
      </w:pPr>
      <w:r>
        <w:rPr>
          <w:b/>
        </w:rPr>
        <w:t>Заключение</w:t>
      </w:r>
    </w:p>
    <w:p>
      <w:pPr>
        <w:spacing w:after="80" w:before="0"/>
      </w:pPr>
      <w:r>
        <w:rPr/>
        <w:t>______________________________________________________________________________</w:t>
      </w:r>
    </w:p>
    <w:p>
      <w:pPr>
        <w:spacing w:after="120" w:before="0"/>
      </w:pPr>
      <w:r>
        <w:rPr/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Заказчика:</w:t>
            </w:r>
          </w:p>
        </w:tc>
        <w:tc>
          <w:tcPr>
            <w:tcW w:type="dxa" w:w="4819"/>
          </w:tcPr>
          <w:p>
            <w:r/>
            <w:r>
              <w:rPr>
                <w:b/>
                <w:sz w:val="24"/>
              </w:rPr>
              <w:t>От Исполнителя: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 xml:space="preserve">________________ / ____________ /</w:t>
            </w:r>
          </w:p>
        </w:tc>
      </w:tr>
      <w:tr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  <w:tc>
          <w:tcPr>
            <w:tcW w:type="dxa" w:w="4819"/>
          </w:tcPr>
          <w:p>
            <w:r/>
            <w:r>
              <w:rPr>
                <w:i/>
                <w:sz w:val="16"/>
              </w:rPr>
              <w:t>(подпись)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  <w:tc>
          <w:tcPr>
            <w:tcW w:type="dxa" w:w="4819"/>
          </w:tcPr>
          <w:p>
            <w:r/>
            <w:r>
              <w:rPr>
                <w:sz w:val="24"/>
              </w:rPr>
              <w:t>М.П.</w:t>
            </w:r>
          </w:p>
        </w:tc>
      </w:tr>
    </w:tbl>
    <w:p>
      <w:pPr>
        <w:spacing w:after="80" w:before="0"/>
      </w:pPr>
      <w:r>
        <w:rPr/>
      </w:r>
    </w:p>
    <w:p>
      <w:pPr>
        <w:spacing w:after="80" w:before="0"/>
      </w:pPr>
      <w:r>
        <w:rPr>
          <w:sz w:val="22"/>
        </w:rPr>
        <w:t xml:space="preserve">Работы выполнил: ____________</w:t>
      </w:r>
    </w:p>
    <w:sectPr w:rsidR="00FC693F" w:rsidRPr="0006063C" w:rsidSect="00034616">
      <w:pgSz w:w="11906" w:h="16838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64" w:lineRule="auto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