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sz w:val="28"/>
        </w:rPr>
        <w:t xml:space="preserve">АКТ № ____________</w:t>
      </w:r>
    </w:p>
    <w:p>
      <w:pPr>
        <w:spacing w:after="40" w:before="0"/>
        <w:jc w:val="center"/>
      </w:pPr>
      <w:r>
        <w:rPr>
          <w:b/>
        </w:rPr>
        <w:t>о проведении диагностических и ремонтных работ</w:t>
      </w:r>
    </w:p>
    <w:p>
      <w:pPr>
        <w:spacing w:after="80" w:before="0"/>
      </w:pPr>
      <w:r>
        <w:rPr/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r/>
            <w:r>
              <w:rPr>
                <w:sz w:val="24"/>
              </w:rPr>
              <w:t xml:space="preserve">Договор № ____________ от ____________</w:t>
            </w:r>
          </w:p>
        </w:tc>
        <w:tc>
          <w:tcPr>
            <w:tcW w:type="dxa" w:w="4819"/>
          </w:tcPr>
          <w:p>
            <w:pPr>
              <w:jc w:val="right"/>
            </w:pPr>
            <w:r/>
            <w:r>
              <w:rPr>
                <w:sz w:val="24"/>
              </w:rPr>
              <w:t xml:space="preserve">«____» ______________ 20___ г.</w:t>
            </w:r>
          </w:p>
        </w:tc>
      </w:tr>
    </w:tbl>
    <w:p>
      <w:pPr>
        <w:spacing w:after="80" w:before="0"/>
      </w:pPr>
      <w:r>
        <w:rPr/>
      </w:r>
    </w:p>
    <w:p>
      <w:pPr>
        <w:spacing w:after="120" w:before="0"/>
        <w:ind w:firstLine="567"/>
        <w:jc w:val="both"/>
      </w:pPr>
      <w:r>
        <w:rPr/>
        <w:t xml:space="preserve">Мы, нижеподписавшиеся, представитель Заказчика — </w:t>
      </w:r>
      <w:r>
        <w:rPr>
          <w:b/>
        </w:rPr>
        <w:t xml:space="preserve">____________</w:t>
      </w:r>
      <w:r>
        <w:rPr/>
        <w:t xml:space="preserve"> (руководитель — ____________), и представитель Исполнителя — </w:t>
      </w:r>
      <w:r>
        <w:rPr>
          <w:b/>
        </w:rPr>
        <w:t xml:space="preserve">____________</w:t>
      </w:r>
      <w:r>
        <w:rPr/>
        <w:t xml:space="preserve"> (руководитель — ____________), составили настоящий акт о том, что специалистом Исполнителя проведены работы по диагностике и ремонту оборудования на объекте «____________» по адресу: ____________.</w:t>
      </w:r>
    </w:p>
    <w:p>
      <w:pPr>
        <w:keepNext/>
        <w:spacing w:after="80" w:before="160"/>
      </w:pPr>
      <w:r>
        <w:rPr>
          <w:b/>
        </w:rPr>
        <w:t>1. Признаки неисправности и замечания по работе оборудования до проведения ремонта:</w:t>
      </w:r>
    </w:p>
    <w:p>
      <w:pPr>
        <w:spacing w:after="80" w:before="0"/>
        <w:jc w:val="both"/>
      </w:pPr>
      <w:r>
        <w:rPr/>
        <w:t xml:space="preserve">____________</w:t>
      </w:r>
    </w:p>
    <w:p>
      <w:pPr>
        <w:keepNext/>
        <w:spacing w:after="80" w:before="160"/>
      </w:pPr>
      <w:r>
        <w:rPr>
          <w:b/>
        </w:rPr>
        <w:t>2. Диагностические мероприятия и выявленная причина неисправности:</w:t>
      </w:r>
    </w:p>
    <w:p>
      <w:pPr>
        <w:spacing w:after="80" w:before="0"/>
      </w:pPr>
      <w:r>
        <w:rPr/>
        <w:t>______________________________________________________________________________</w:t>
      </w:r>
    </w:p>
    <w:p>
      <w:pPr>
        <w:keepNext/>
        <w:spacing w:after="80" w:before="160"/>
      </w:pPr>
      <w:r>
        <w:rPr>
          <w:b/>
        </w:rPr>
        <w:t>3. Перечень проведённых ремонтных работ:</w:t>
      </w:r>
    </w:p>
    <w:p>
      <w:pPr>
        <w:spacing w:after="80" w:before="0"/>
        <w:jc w:val="both"/>
      </w:pPr>
      <w:r>
        <w:rPr/>
        <w:t xml:space="preserve">______________________________________________________________________________</w:t>
      </w:r>
    </w:p>
    <w:p>
      <w:pPr>
        <w:keepNext/>
        <w:spacing w:after="80" w:before="160"/>
      </w:pPr>
      <w:r>
        <w:rPr>
          <w:b/>
        </w:rPr>
        <w:t>4. Заменённые детали и использованные запчасти:</w:t>
      </w:r>
    </w:p>
    <w:p>
      <w:pPr>
        <w:spacing w:after="80" w:before="0"/>
      </w:pPr>
      <w:r>
        <w:rPr/>
        <w:t>______________________________________________________________________________</w:t>
      </w:r>
    </w:p>
    <w:p>
      <w:pPr>
        <w:keepNext/>
        <w:spacing w:after="80" w:before="160"/>
      </w:pPr>
      <w:r>
        <w:rPr>
          <w:b/>
        </w:rPr>
        <w:t>5. Результат:</w:t>
      </w:r>
    </w:p>
    <w:p>
      <w:pPr>
        <w:spacing w:after="80" w:before="0"/>
      </w:pPr>
      <w:r>
        <w:rPr/>
        <w:t>______________________________________________________________________________</w:t>
      </w:r>
    </w:p>
    <w:p>
      <w:pPr>
        <w:keepNext/>
        <w:spacing w:after="80" w:before="160"/>
      </w:pPr>
      <w:r>
        <w:rPr>
          <w:b/>
        </w:rPr>
        <w:t>6. Замечания по работе оборудования после проведения ремонтных работ:</w:t>
      </w:r>
    </w:p>
    <w:p>
      <w:pPr>
        <w:spacing w:after="80" w:before="0"/>
      </w:pPr>
      <w:r>
        <w:rPr/>
        <w:t>______________________________________________________________________________</w:t>
      </w:r>
    </w:p>
    <w:p>
      <w:pPr>
        <w:spacing w:after="80" w:before="120"/>
        <w:ind w:firstLine="567"/>
        <w:jc w:val="both"/>
      </w:pPr>
      <w:r>
        <w:rPr/>
        <w:t>Исполнитель оставляет за собой право дать заключение о невозможности устранения замечаний, если эксплуатация оборудования сопровождалась нарушениями требований технической документации изготовителя.</w:t>
      </w:r>
    </w:p>
    <w:p>
      <w:pPr>
        <w:spacing w:after="80" w:before="0"/>
        <w:ind w:firstLine="567"/>
        <w:jc w:val="both"/>
      </w:pPr>
      <w:r>
        <w:rPr/>
        <w:t>Настоящий акт составлен в двух экземплярах, имеющих одинаковую юридическую силу.</w:t>
      </w:r>
    </w:p>
    <w:p>
      <w:pPr>
        <w:spacing w:after="120" w:before="0"/>
      </w:pPr>
      <w:r>
        <w:rPr/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r/>
            <w:r>
              <w:rPr>
                <w:b/>
                <w:sz w:val="24"/>
              </w:rPr>
              <w:t>От Заказчика:</w:t>
            </w:r>
          </w:p>
        </w:tc>
        <w:tc>
          <w:tcPr>
            <w:tcW w:type="dxa" w:w="4819"/>
          </w:tcPr>
          <w:p>
            <w:r/>
            <w:r>
              <w:rPr>
                <w:b/>
                <w:sz w:val="24"/>
              </w:rPr>
              <w:t>От Исполнителя:</w:t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24"/>
              </w:rPr>
              <w:t xml:space="preserve">____________</w:t>
            </w:r>
          </w:p>
        </w:tc>
        <w:tc>
          <w:tcPr>
            <w:tcW w:type="dxa" w:w="4819"/>
          </w:tcPr>
          <w:p>
            <w:r/>
            <w:r>
              <w:rPr>
                <w:sz w:val="24"/>
              </w:rPr>
              <w:t xml:space="preserve">____________</w:t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24"/>
              </w:rPr>
            </w:r>
          </w:p>
        </w:tc>
        <w:tc>
          <w:tcPr>
            <w:tcW w:type="dxa" w:w="4819"/>
          </w:tcPr>
          <w:p>
            <w:r/>
            <w:r>
              <w:rPr>
                <w:sz w:val="24"/>
              </w:rPr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24"/>
              </w:rPr>
              <w:t xml:space="preserve">________________ / ____________ /</w:t>
            </w:r>
          </w:p>
        </w:tc>
        <w:tc>
          <w:tcPr>
            <w:tcW w:type="dxa" w:w="4819"/>
          </w:tcPr>
          <w:p>
            <w:r/>
            <w:r>
              <w:rPr>
                <w:sz w:val="24"/>
              </w:rPr>
              <w:t xml:space="preserve">________________ / ____________ /</w:t>
            </w:r>
          </w:p>
        </w:tc>
      </w:tr>
      <w:tr>
        <w:tc>
          <w:tcPr>
            <w:tcW w:type="dxa" w:w="4819"/>
          </w:tcPr>
          <w:p>
            <w:r/>
            <w:r>
              <w:rPr>
                <w:i/>
                <w:sz w:val="16"/>
              </w:rPr>
              <w:t>(подпись)</w:t>
            </w:r>
          </w:p>
        </w:tc>
        <w:tc>
          <w:tcPr>
            <w:tcW w:type="dxa" w:w="4819"/>
          </w:tcPr>
          <w:p>
            <w:r/>
            <w:r>
              <w:rPr>
                <w:i/>
                <w:sz w:val="16"/>
              </w:rPr>
              <w:t>(подпись)</w:t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24"/>
              </w:rPr>
              <w:t>М.П.</w:t>
            </w:r>
          </w:p>
        </w:tc>
        <w:tc>
          <w:tcPr>
            <w:tcW w:type="dxa" w:w="4819"/>
          </w:tcPr>
          <w:p>
            <w:r/>
            <w:r>
              <w:rPr>
                <w:sz w:val="24"/>
              </w:rPr>
              <w:t>М.П.</w:t>
            </w:r>
          </w:p>
        </w:tc>
      </w:tr>
    </w:tbl>
    <w:p>
      <w:pPr>
        <w:spacing w:after="80" w:before="0"/>
      </w:pPr>
      <w:r>
        <w:rPr/>
      </w:r>
    </w:p>
    <w:p>
      <w:pPr>
        <w:spacing w:after="80" w:before="0"/>
      </w:pPr>
      <w:r>
        <w:rPr>
          <w:sz w:val="22"/>
        </w:rPr>
        <w:t xml:space="preserve">Работы выполнил: ____________</w:t>
      </w:r>
    </w:p>
    <w:sectPr w:rsidR="00FC693F" w:rsidRPr="0006063C" w:rsidSect="00034616">
      <w:pgSz w:w="11906" w:h="16838"/>
      <w:pgMar w:top="1020" w:right="850" w:bottom="102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64" w:lineRule="auto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identifier/>
  <dc:language/>
</cp:coreProperties>
</file>