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№ {{ order.number }}</w:t>
      </w:r>
    </w:p>
    <w:p>
      <w:pPr>
        <w:spacing w:after="40" w:before="0"/>
        <w:jc w:val="center"/>
      </w:pPr>
      <w:r>
        <w:rPr>
          <w:b/>
        </w:rPr>
        <w:t>выполненных работ по техническому обслуживанию</w:t>
      </w:r>
    </w:p>
    <w:p>
      <w:pPr>
        <w:spacing w:after="8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sz w:val="24"/>
              </w:rPr>
              <w:t>Договор № {{ contract.number }} от {{ contract.date_of_consclusion }}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sz w:val="24"/>
              </w:rPr>
              <w:t>{{ report.date_long or today_long }}</w:t>
            </w:r>
          </w:p>
        </w:tc>
      </w:tr>
    </w:tbl>
    <w:p>
      <w:pPr>
        <w:spacing w:after="80" w:before="0"/>
      </w:pPr>
      <w:r>
        <w:rPr/>
      </w:r>
    </w:p>
    <w:p>
      <w:pPr>
        <w:spacing w:after="120" w:before="0"/>
        <w:ind w:firstLine="567"/>
        <w:jc w:val="both"/>
      </w:pPr>
      <w:r>
        <w:rPr/>
        <w:t xml:space="preserve">Мы, нижеподписавшиеся, представитель Заказчика — </w:t>
      </w:r>
      <w:r>
        <w:rPr>
          <w:b/>
        </w:rPr>
        <w:t>{{ customer.name }}</w:t>
      </w:r>
      <w:r>
        <w:rPr/>
        <w:t xml:space="preserve"> (руководитель — {{ customer.director_full_name }}), с одной стороны, и представитель Исполнителя — </w:t>
      </w:r>
      <w:r>
        <w:rPr>
          <w:b/>
        </w:rPr>
        <w:t>{{ executor.name }}</w:t>
      </w:r>
      <w:r>
        <w:rPr/>
        <w:t xml:space="preserve"> (руководитель — {{ executor.director_full_name }}), с другой стороны, вместе именуемые Стороны, составили настоящий акт о том, что за {{ order.period_month }} г. в соответствии с Техническим заданием выполнено техническое обслуживание ({{ contract.short_subject }}) на объекте «{{ object.name }}», расположенном по адресу: {{ object.address }}.</w:t>
      </w:r>
    </w:p>
    <w:p>
      <w:pPr>
        <w:keepNext/>
        <w:spacing w:after="80" w:before="160"/>
      </w:pPr>
      <w:r>
        <w:rPr>
          <w:b/>
        </w:rPr>
        <w:t>1. Оборудование, подлежащее техническому обслуживанию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7370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оборудования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Кол-во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for group in equipment_groups %}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20"/>
              </w:rPr>
              <w:t>{{ group.index }}{% if group.index %}.{% endif %}</w:t>
            </w:r>
          </w:p>
        </w:tc>
        <w:tc>
          <w:tcPr>
            <w:tcW w:type="dxa" w:w="7370"/>
          </w:tcPr>
          <w:p>
            <w:r/>
            <w:r>
              <w:rPr>
                <w:b/>
                <w:sz w:val="20"/>
              </w:rPr>
              <w:t>{{ group.system_name }}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for row in group.rows %}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{{ row.index }}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>{{ row.name }}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{{ row.count }}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endfor %}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endfor %}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80" w:before="0"/>
      </w:pPr>
      <w:r>
        <w:rPr/>
      </w:r>
    </w:p>
    <w:p>
      <w:pPr>
        <w:keepNext/>
        <w:spacing w:after="80" w:before="160"/>
      </w:pPr>
      <w:r>
        <w:rPr>
          <w:b/>
        </w:rPr>
        <w:t>2. Выполненные работы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6520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работ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Периодичность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for w in works %}</w:t>
            </w:r>
          </w:p>
        </w:tc>
        <w:tc>
          <w:tcPr>
            <w:tcW w:type="dxa" w:w="652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{{ w.index }}</w:t>
            </w:r>
          </w:p>
        </w:tc>
        <w:tc>
          <w:tcPr>
            <w:tcW w:type="dxa" w:w="6520"/>
          </w:tcPr>
          <w:p>
            <w:r/>
            <w:r>
              <w:rPr>
                <w:sz w:val="20"/>
              </w:rPr>
              <w:t>{{ w.name }}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{{ w.period }}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endfor %}</w:t>
            </w:r>
          </w:p>
        </w:tc>
        <w:tc>
          <w:tcPr>
            <w:tcW w:type="dxa" w:w="652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80" w:before="0"/>
      </w:pPr>
      <w:r>
        <w:rPr/>
      </w:r>
    </w:p>
    <w:p>
      <w:pPr>
        <w:spacing w:after="0" w:before="0"/>
      </w:pPr>
      <w:r>
        <w:rPr/>
        <w:t>{%p if report.description %}</w:t>
      </w:r>
    </w:p>
    <w:p>
      <w:pPr>
        <w:spacing w:after="120" w:before="0"/>
        <w:jc w:val="both"/>
      </w:pPr>
      <w:r>
        <w:rPr>
          <w:b/>
        </w:rPr>
        <w:t xml:space="preserve">Результаты: </w:t>
      </w:r>
      <w:r>
        <w:rPr/>
        <w:t>{{ report.description }}</w:t>
      </w:r>
    </w:p>
    <w:p>
      <w:pPr>
        <w:spacing w:after="0" w:before="0"/>
      </w:pPr>
      <w:r>
        <w:rPr/>
        <w:t>{%p endif %}</w:t>
      </w:r>
    </w:p>
    <w:p>
      <w:pPr>
        <w:keepNext/>
        <w:spacing w:after="80" w:before="160"/>
      </w:pPr>
      <w:r>
        <w:rPr>
          <w:b/>
        </w:rPr>
        <w:t>3. Замечания, выявленные в ходе выполнения работ</w:t>
      </w:r>
    </w:p>
    <w:p>
      <w:pPr>
        <w:spacing w:after="0" w:before="0"/>
      </w:pPr>
      <w:r>
        <w:rPr/>
        <w:t>{%p for i in issues_open %}</w:t>
      </w:r>
    </w:p>
    <w:p>
      <w:pPr>
        <w:spacing w:after="80" w:before="0"/>
        <w:jc w:val="both"/>
      </w:pPr>
      <w:r>
        <w:rPr/>
        <w:t>{{ i.index }}. {{ i.equipment }} — {{ i.title }} (обнаружено {{ i.detected_date }}{% if i.priority %}, приоритет: {{ i.priority | lower }}{% endif %}).</w:t>
      </w:r>
    </w:p>
    <w:p>
      <w:pPr>
        <w:spacing w:after="0" w:before="0"/>
      </w:pPr>
      <w:r>
        <w:rPr/>
        <w:t>{%p endfor %}</w:t>
      </w:r>
    </w:p>
    <w:p>
      <w:pPr>
        <w:spacing w:after="0" w:before="0"/>
      </w:pPr>
      <w:r>
        <w:rPr/>
        <w:t>{%p if not issues_open and report.number %}</w:t>
      </w:r>
    </w:p>
    <w:p>
      <w:pPr>
        <w:spacing w:after="80" w:before="0"/>
      </w:pPr>
      <w:r>
        <w:rPr/>
        <w:t>Замечаний нет.</w:t>
      </w:r>
    </w:p>
    <w:p>
      <w:pPr>
        <w:spacing w:after="0" w:before="0"/>
      </w:pPr>
      <w:r>
        <w:rPr/>
        <w:t>{%p endif %}</w:t>
      </w:r>
    </w:p>
    <w:p>
      <w:pPr>
        <w:spacing w:after="80" w:before="160"/>
        <w:ind w:firstLine="567"/>
        <w:jc w:val="both"/>
      </w:pPr>
      <w:r>
        <w:rPr/>
        <w:t>Выполненная работа соответствует требованиям и условиям Технического задания{% if issues_open %} с учётом указанных замечаний{% endif %}. Стороны по объёму и качеству выполненных работ претензий друг к другу не имеют.</w:t>
      </w:r>
    </w:p>
    <w:p>
      <w:pPr>
        <w:spacing w:after="12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Заказчика: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Исполнителя: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{{ customer.name }}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{{ executor.name }}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________________ / {{ customer.director_full_name }} /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________________ / {{ executor.director_full_name }} /</w:t>
            </w:r>
          </w:p>
        </w:tc>
      </w:tr>
      <w:tr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</w:tr>
    </w:tbl>
    <w:p>
      <w:pPr>
        <w:spacing w:after="80" w:before="0"/>
      </w:pPr>
      <w:r>
        <w:rPr/>
      </w:r>
    </w:p>
    <w:p>
      <w:pPr>
        <w:spacing w:after="80" w:before="0"/>
      </w:pPr>
      <w:r>
        <w:rPr>
          <w:sz w:val="22"/>
        </w:rPr>
        <w:t>Работы выполнил: {{ report.engineer or order.assigned_to or '________________' }}</w:t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