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 xml:space="preserve">АКТ № ____________</w:t>
      </w:r>
    </w:p>
    <w:p>
      <w:pPr>
        <w:spacing w:after="40" w:before="0"/>
        <w:jc w:val="center"/>
      </w:pPr>
      <w:r>
        <w:rPr>
          <w:b/>
        </w:rPr>
        <w:t>выполненных работ по техническому обслуживанию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Договор № ____________ от ____________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 xml:space="preserve">«____» ______________ 20___ г.</w:t>
            </w:r>
          </w:p>
        </w:tc>
      </w:tr>
    </w:tbl>
    <w:p>
      <w:pPr>
        <w:spacing w:after="80" w:before="0"/>
      </w:pPr>
      <w:r>
        <w:rPr/>
      </w:r>
    </w:p>
    <w:p>
      <w:pPr>
        <w:spacing w:after="120" w:before="0"/>
        <w:ind w:firstLine="567"/>
        <w:jc w:val="both"/>
      </w:pPr>
      <w:r>
        <w:rPr/>
        <w:t xml:space="preserve">Мы, нижеподписавшиеся, представитель Заказчика — </w:t>
      </w:r>
      <w:r>
        <w:rPr>
          <w:b/>
        </w:rPr>
        <w:t xml:space="preserve">____________</w:t>
      </w:r>
      <w:r>
        <w:rPr/>
        <w:t xml:space="preserve"> (руководитель — ____________), с одной стороны, и представитель Исполнителя — </w:t>
      </w:r>
      <w:r>
        <w:rPr>
          <w:b/>
        </w:rPr>
        <w:t xml:space="preserve">____________</w:t>
      </w:r>
      <w:r>
        <w:rPr/>
        <w:t xml:space="preserve"> (руководитель — ____________), с другой стороны, вместе именуемые Стороны, составили настоящий акт о том, что за ____________ г. в соответствии с Техническим заданием выполнено техническое обслуживание (____________) на объекте «____________», расположенном по адресу: ____________.</w:t>
      </w:r>
    </w:p>
    <w:p>
      <w:pPr>
        <w:keepNext/>
        <w:spacing w:after="80" w:before="160"/>
      </w:pPr>
      <w:r>
        <w:rPr>
          <w:b/>
        </w:rPr>
        <w:t>1. Оборудование, подлежащее техническому обслуживанию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737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</w:tbl>
    <w:p>
      <w:pPr>
        <w:spacing w:after="80" w:before="0"/>
      </w:pPr>
      <w:r>
        <w:rPr/>
      </w:r>
    </w:p>
    <w:p>
      <w:pPr>
        <w:keepNext/>
        <w:spacing w:after="80" w:before="160"/>
      </w:pPr>
      <w:r>
        <w:rPr>
          <w:b/>
        </w:rPr>
        <w:t>2. Выполненные работы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652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работ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18"/>
              </w:rPr>
              <w:t>Периодичность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652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 xml:space="preserve"/>
            </w:r>
          </w:p>
        </w:tc>
      </w:tr>
    </w:tbl>
    <w:p>
      <w:pPr>
        <w:spacing w:after="80" w:before="0"/>
      </w:pPr>
      <w:r>
        <w:rPr/>
      </w:r>
    </w:p>
    <w:p>
      <w:pPr>
        <w:keepNext/>
        <w:spacing w:after="80" w:before="160"/>
      </w:pPr>
      <w:r>
        <w:rPr>
          <w:b/>
        </w:rPr>
        <w:t>3. Замечания, выявленные в ходе выполнения работ</w:t>
      </w:r>
    </w:p>
    <w:p>
      <w:pPr>
        <w:spacing w:after="80" w:before="0"/>
        <w:jc w:val="both"/>
      </w:pPr>
      <w:r>
        <w:rPr/>
        <w:t xml:space="preserve">1. ______________________________ — ____________________________________ (обнаружено __________).</w:t>
      </w:r>
    </w:p>
    <w:p>
      <w:pPr>
        <w:spacing w:after="80" w:before="0"/>
        <w:jc w:val="both"/>
      </w:pPr>
      <w:r>
        <w:rPr/>
        <w:t xml:space="preserve">2. ______________________________ — ____________________________________ (обнаружено __________).</w:t>
      </w:r>
    </w:p>
    <w:p>
      <w:pPr>
        <w:spacing w:after="80" w:before="0"/>
        <w:jc w:val="both"/>
      </w:pPr>
      <w:r>
        <w:rPr/>
        <w:t xml:space="preserve">3. ______________________________ — ____________________________________ (обнаружено __________).</w:t>
      </w:r>
    </w:p>
    <w:p>
      <w:pPr>
        <w:spacing w:after="80" w:before="160"/>
        <w:ind w:firstLine="567"/>
        <w:jc w:val="both"/>
      </w:pPr>
      <w:r>
        <w:rPr/>
        <w:t xml:space="preserve">Выполненная работа соответствует требованиям и условиям Технического задания. Стороны по объёму и качеству выполненных работ претензий друг к другу не имеют.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 xml:space="preserve">Работы выполнил: ____________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