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0" w:before="0"/>
      </w:pPr>
      <w:r>
        <w:rPr/>
      </w:r>
    </w:p>
    <w:p>
      <w:pPr>
        <w:spacing w:after="120" w:before="0"/>
        <w:jc w:val="center"/>
      </w:pPr>
      <w:r>
        <w:rPr>
          <w:b/>
          <w:sz w:val="40"/>
        </w:rPr>
        <w:t>ЖУРНАЛ</w:t>
      </w:r>
    </w:p>
    <w:p>
      <w:pPr>
        <w:spacing w:after="40" w:before="0"/>
        <w:jc w:val="center"/>
      </w:pPr>
      <w:r>
        <w:rPr>
          <w:b/>
          <w:sz w:val="28"/>
        </w:rPr>
        <w:t>эксплуатации систем противопожарной защиты</w:t>
      </w:r>
    </w:p>
    <w:p>
      <w:pPr>
        <w:spacing w:after="600" w:before="0"/>
      </w:pPr>
      <w:r>
        <w:rPr/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2835"/>
          </w:tcPr>
          <w:p>
            <w:r/>
            <w:r>
              <w:rPr>
                <w:b/>
                <w:sz w:val="24"/>
              </w:rPr>
              <w:t>Объект:</w:t>
            </w:r>
          </w:p>
        </w:tc>
        <w:tc>
          <w:tcPr>
            <w:tcW w:type="dxa" w:w="6803"/>
          </w:tcPr>
          <w:p>
            <w:r/>
            <w:r>
              <w:rPr>
                <w:sz w:val="24"/>
              </w:rPr>
              <w:t>{{ object.name }}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  <w:sz w:val="24"/>
              </w:rPr>
              <w:t>Адрес:</w:t>
            </w:r>
          </w:p>
        </w:tc>
        <w:tc>
          <w:tcPr>
            <w:tcW w:type="dxa" w:w="6803"/>
          </w:tcPr>
          <w:p>
            <w:r/>
            <w:r>
              <w:rPr>
                <w:sz w:val="24"/>
              </w:rPr>
              <w:t>{{ object.address }}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  <w:sz w:val="24"/>
              </w:rPr>
              <w:t>Заказчик:</w:t>
            </w:r>
          </w:p>
        </w:tc>
        <w:tc>
          <w:tcPr>
            <w:tcW w:type="dxa" w:w="6803"/>
          </w:tcPr>
          <w:p>
            <w:r/>
            <w:r>
              <w:rPr>
                <w:sz w:val="24"/>
              </w:rPr>
              <w:t>{{ customer.name }}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  <w:sz w:val="24"/>
              </w:rPr>
              <w:t>Исполнитель:</w:t>
            </w:r>
          </w:p>
        </w:tc>
        <w:tc>
          <w:tcPr>
            <w:tcW w:type="dxa" w:w="6803"/>
          </w:tcPr>
          <w:p>
            <w:r/>
            <w:r>
              <w:rPr>
                <w:sz w:val="24"/>
              </w:rPr>
              <w:t>{{ executor.name }}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  <w:sz w:val="24"/>
              </w:rPr>
              <w:t>Договор:</w:t>
            </w:r>
          </w:p>
        </w:tc>
        <w:tc>
          <w:tcPr>
            <w:tcW w:type="dxa" w:w="6803"/>
          </w:tcPr>
          <w:p>
            <w:r/>
            <w:r>
              <w:rPr>
                <w:sz w:val="24"/>
              </w:rPr>
              <w:t>№ {{ contract.number }} от {{ contract.date_of_consclusion }}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  <w:sz w:val="24"/>
              </w:rPr>
              <w:t>Ответственный на объекте:</w:t>
            </w:r>
          </w:p>
        </w:tc>
        <w:tc>
          <w:tcPr>
            <w:tcW w:type="dxa" w:w="6803"/>
          </w:tcPr>
          <w:p>
            <w:r/>
            <w:r>
              <w:rPr>
                <w:sz w:val="24"/>
              </w:rPr>
              <w:t>{{ object.responsible_face }}, {{ object.responsible_faces_contact }}</w:t>
            </w:r>
          </w:p>
        </w:tc>
      </w:tr>
    </w:tbl>
    <w:p>
      <w:pPr>
        <w:spacing w:after="600" w:before="0"/>
      </w:pPr>
      <w:r>
        <w:rPr/>
      </w:r>
    </w:p>
    <w:p>
      <w:pPr>
        <w:spacing w:after="80" w:before="0"/>
        <w:jc w:val="center"/>
      </w:pPr>
      <w:r>
        <w:rPr/>
        <w:t>Начат: «____» ______________ 20___ г.        Окончен: «____» ______________ 20___ г.</w:t>
      </w:r>
    </w:p>
    <w:p>
      <w:pPr>
        <w:spacing w:after="600" w:before="0"/>
      </w:pPr>
      <w:r>
        <w:rPr/>
      </w:r>
    </w:p>
    <w:p>
      <w:pPr>
        <w:spacing w:after="80" w:before="0"/>
        <w:jc w:val="center"/>
      </w:pPr>
      <w:r>
        <w:rPr>
          <w:sz w:val="20"/>
        </w:rPr>
        <w:t>В журнале пронумеровано и прошнуровано ______ листов.</w:t>
      </w:r>
    </w:p>
    <w:p>
      <w:r>
        <w:br w:type="page"/>
      </w:r>
    </w:p>
    <w:p>
      <w:pPr>
        <w:keepNext/>
        <w:spacing w:after="80" w:before="160"/>
      </w:pPr>
      <w:r>
        <w:rPr>
          <w:b/>
        </w:rPr>
        <w:t>Содержание журнала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850"/>
          </w:tcPr>
          <w:p>
            <w:pPr>
              <w:jc w:val="center"/>
            </w:pPr>
            <w:r/>
            <w:r>
              <w:rPr>
                <w:b/>
                <w:sz w:val="18"/>
              </w:rPr>
              <w:t>Раздел</w:t>
            </w:r>
          </w:p>
        </w:tc>
        <w:tc>
          <w:tcPr>
            <w:tcW w:type="dxa" w:w="7087"/>
          </w:tcPr>
          <w:p>
            <w:pPr>
              <w:jc w:val="center"/>
            </w:pPr>
            <w:r/>
            <w:r>
              <w:rPr>
                <w:b/>
                <w:sz w:val="18"/>
              </w:rPr>
              <w:t>Наименование раздела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b/>
                <w:sz w:val="18"/>
              </w:rPr>
              <w:t>Основание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>I</w:t>
            </w:r>
          </w:p>
        </w:tc>
        <w:tc>
          <w:tcPr>
            <w:tcW w:type="dxa" w:w="7087"/>
          </w:tcPr>
          <w:p>
            <w:r/>
            <w:r>
              <w:rPr>
                <w:sz w:val="20"/>
              </w:rPr>
              <w:t>Проведение эксплуатационных испытаний пожарных лестниц, наружных открытых эвакуационных лестниц, ограждений на крышах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  <w:t>п. 17 «б» ППР в РФ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>II</w:t>
            </w:r>
          </w:p>
        </w:tc>
        <w:tc>
          <w:tcPr>
            <w:tcW w:type="dxa" w:w="7087"/>
          </w:tcPr>
          <w:p>
            <w:r/>
            <w:r>
              <w:rPr>
                <w:sz w:val="20"/>
              </w:rPr>
              <w:t>Проверка средств индивидуальной защиты органов дыхания и зрения человека от опасных факторов пожара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  <w:t>п. 30 ППР в РФ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>III</w:t>
            </w:r>
          </w:p>
        </w:tc>
        <w:tc>
          <w:tcPr>
            <w:tcW w:type="dxa" w:w="7087"/>
          </w:tcPr>
          <w:p>
            <w:r/>
            <w:r>
              <w:rPr>
                <w:sz w:val="20"/>
              </w:rPr>
              <w:t>Проверка огнезадерживающих устройств в воздуховодах, устройств блокировки вентиляционных систем с автоматическими установками пожарной сигнализации или пожаротушения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  <w:t>п. 42 ППР в РФ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>IV</w:t>
            </w:r>
          </w:p>
        </w:tc>
        <w:tc>
          <w:tcPr>
            <w:tcW w:type="dxa" w:w="7087"/>
          </w:tcPr>
          <w:p>
            <w:r/>
            <w:r>
              <w:rPr>
                <w:sz w:val="20"/>
              </w:rPr>
              <w:t>Очистка вентиляционных камер, циклонов, фильтров, воздуховодов, вытяжных устройств от горючих отходов и отложений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  <w:t>пп. 43, 124 ППР в РФ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>V</w:t>
            </w:r>
          </w:p>
        </w:tc>
        <w:tc>
          <w:tcPr>
            <w:tcW w:type="dxa" w:w="7087"/>
          </w:tcPr>
          <w:p>
            <w:r/>
            <w:r>
              <w:rPr>
                <w:sz w:val="20"/>
              </w:rPr>
              <w:t>Проверка водоотдачи наружного противопожарного водопровода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  <w:t>п. 48 ППР в РФ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>VI</w:t>
            </w:r>
          </w:p>
        </w:tc>
        <w:tc>
          <w:tcPr>
            <w:tcW w:type="dxa" w:w="7087"/>
          </w:tcPr>
          <w:p>
            <w:r/>
            <w:r>
              <w:rPr>
                <w:sz w:val="20"/>
              </w:rPr>
              <w:t>Проверка водоотдачи внутреннего противопожарного водопровода и укомплектованности пожарных кранов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  <w:t>п. 50 ППР в РФ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>VII</w:t>
            </w:r>
          </w:p>
        </w:tc>
        <w:tc>
          <w:tcPr>
            <w:tcW w:type="dxa" w:w="7087"/>
          </w:tcPr>
          <w:p>
            <w:r/>
            <w:r>
              <w:rPr>
                <w:sz w:val="20"/>
              </w:rPr>
              <w:t>Перекатка пожарных рукавов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  <w:t>п. 50 ППР в РФ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>VIII</w:t>
            </w:r>
          </w:p>
        </w:tc>
        <w:tc>
          <w:tcPr>
            <w:tcW w:type="dxa" w:w="7087"/>
          </w:tcPr>
          <w:p>
            <w:r/>
            <w:r>
              <w:rPr>
                <w:sz w:val="20"/>
              </w:rPr>
              <w:t>Проверка задвижек с электроприводом на обводных линиях водомерных устройств, пожарных насосных агрегатов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  <w:t>п. 52 ППР в РФ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>IX</w:t>
            </w:r>
          </w:p>
        </w:tc>
        <w:tc>
          <w:tcPr>
            <w:tcW w:type="dxa" w:w="7087"/>
          </w:tcPr>
          <w:p>
            <w:r/>
            <w:r>
              <w:rPr>
                <w:sz w:val="20"/>
              </w:rPr>
              <w:t>Автоматическая установка пожаротушения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  <w:t>п. 54 ППР в РФ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>X</w:t>
            </w:r>
          </w:p>
        </w:tc>
        <w:tc>
          <w:tcPr>
            <w:tcW w:type="dxa" w:w="7087"/>
          </w:tcPr>
          <w:p>
            <w:r/>
            <w:r>
              <w:rPr>
                <w:sz w:val="20"/>
              </w:rPr>
              <w:t>Автоматическая установка пожарной сигнализации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  <w:t>п. 54 ППР в РФ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>XI</w:t>
            </w:r>
          </w:p>
        </w:tc>
        <w:tc>
          <w:tcPr>
            <w:tcW w:type="dxa" w:w="7087"/>
          </w:tcPr>
          <w:p>
            <w:r/>
            <w:r>
              <w:rPr>
                <w:sz w:val="20"/>
              </w:rPr>
              <w:t>Система оповещения и управления эвакуацией людей при пожаре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  <w:t>п. 54 ППР в РФ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>XII</w:t>
            </w:r>
          </w:p>
        </w:tc>
        <w:tc>
          <w:tcPr>
            <w:tcW w:type="dxa" w:w="7087"/>
          </w:tcPr>
          <w:p>
            <w:r/>
            <w:r>
              <w:rPr>
                <w:sz w:val="20"/>
              </w:rPr>
              <w:t>Системы противодымной вентиляции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  <w:t>п. 54 ППР в РФ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>XIII</w:t>
            </w:r>
          </w:p>
        </w:tc>
        <w:tc>
          <w:tcPr>
            <w:tcW w:type="dxa" w:w="7087"/>
          </w:tcPr>
          <w:p>
            <w:r/>
            <w:r>
              <w:rPr>
                <w:sz w:val="20"/>
              </w:rPr>
              <w:t>Учёт и проверка огнетушителей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  <w:t>п. 60 ППР в РФ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7087"/>
          </w:tcPr>
          <w:p>
            <w:r/>
            <w:r>
              <w:rPr>
                <w:sz w:val="20"/>
              </w:rPr>
              <w:t>Учёт работ по техническому обслуживанию систем противопожарной защиты</w:t>
            </w:r>
          </w:p>
        </w:tc>
        <w:tc>
          <w:tcPr>
            <w:tcW w:type="dxa" w:w="1701"/>
          </w:tcPr>
          <w:p>
            <w:r/>
            <w:r>
              <w:rPr>
                <w:sz w:val="20"/>
              </w:rPr>
              <w:t>п. 54 ППР в РФ</w:t>
            </w:r>
          </w:p>
        </w:tc>
      </w:tr>
    </w:tbl>
    <w:p>
      <w:pPr>
        <w:spacing w:after="80" w:before="0"/>
      </w:pPr>
      <w:r>
        <w:rPr/>
      </w:r>
    </w:p>
    <w:p>
      <w:pPr>
        <w:spacing w:after="80" w:before="0"/>
        <w:jc w:val="both"/>
      </w:pPr>
      <w:r>
        <w:rPr>
          <w:i/>
          <w:sz w:val="20"/>
        </w:rPr>
        <w:t>ППР в РФ — Правила противопожарного режима в Российской Федерации, утв. постановлением Правительства РФ от 16.09.2020 № 1479. Допускается не вести разделы по системам, которые на объекте отсутствуют.</w:t>
      </w:r>
    </w:p>
    <w:p>
      <w:r>
        <w:br w:type="page"/>
      </w:r>
    </w:p>
    <w:p>
      <w:pPr>
        <w:spacing w:after="40" w:before="0"/>
        <w:jc w:val="center"/>
      </w:pPr>
      <w:r>
        <w:rPr>
          <w:b/>
        </w:rPr>
        <w:t>Раздел I. Проведение эксплуатационных испытаний пожарных лестниц, наружных открытых эвакуационных лестниц, ограждений на крышах</w:t>
      </w:r>
    </w:p>
    <w:p>
      <w:pPr>
        <w:spacing w:after="120" w:before="0"/>
        <w:jc w:val="center"/>
      </w:pPr>
      <w:r>
        <w:rPr>
          <w:i/>
          <w:sz w:val="18"/>
        </w:rPr>
        <w:t>(п. 17 «б» ППР в РФ, утв. постановлением Правительства РФ от 16.09.2020 № 1479)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b/>
                <w:sz w:val="16"/>
              </w:rPr>
              <w:t>№ п/п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b/>
                <w:sz w:val="16"/>
              </w:rPr>
              <w:t>Дата испытаний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b/>
                <w:sz w:val="16"/>
              </w:rPr>
              <w:t>Наименование испытываемых конструкций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b/>
                <w:sz w:val="16"/>
              </w:rPr>
              <w:t>Результаты испытаний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b/>
                <w:sz w:val="16"/>
              </w:rPr>
              <w:t>Проведено (должность, ФИО, организация)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b/>
                <w:sz w:val="16"/>
              </w:rPr>
              <w:t>Подпись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6"/>
              </w:rPr>
              <w:t>1.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16"/>
              </w:rPr>
              <w:t>2.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sz w:val="16"/>
              </w:rPr>
              <w:t>3.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sz w:val="16"/>
              </w:rPr>
              <w:t>4.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sz w:val="16"/>
              </w:rPr>
              <w:t>5.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sz w:val="16"/>
              </w:rPr>
              <w:t>6.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80" w:before="0"/>
      </w:pPr>
      <w:r>
        <w:rPr/>
      </w:r>
    </w:p>
    <w:p>
      <w:r>
        <w:br w:type="page"/>
      </w:r>
    </w:p>
    <w:p>
      <w:pPr>
        <w:spacing w:after="40" w:before="0"/>
        <w:jc w:val="center"/>
      </w:pPr>
      <w:r>
        <w:rPr>
          <w:b/>
        </w:rPr>
        <w:t>Раздел II. Проверка средств индивидуальной защиты органов дыхания и зрения человека от опасных факторов пожара</w:t>
      </w:r>
    </w:p>
    <w:p>
      <w:pPr>
        <w:spacing w:after="120" w:before="0"/>
        <w:jc w:val="center"/>
      </w:pPr>
      <w:r>
        <w:rPr>
          <w:i/>
          <w:sz w:val="18"/>
        </w:rPr>
        <w:t>(п. 30 ППР в РФ, утв. постановлением Правительства РФ от 16.09.2020 № 1479)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b/>
                <w:sz w:val="16"/>
              </w:rPr>
              <w:t>№ п/п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b/>
                <w:sz w:val="16"/>
              </w:rPr>
              <w:t>Дата проверки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b/>
                <w:sz w:val="16"/>
              </w:rPr>
              <w:t>Наименование средств, количество, местонахождение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b/>
                <w:sz w:val="16"/>
              </w:rPr>
              <w:t>Результаты проверки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b/>
                <w:sz w:val="16"/>
              </w:rPr>
              <w:t>Проведено (должность, ФИО, организация)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b/>
                <w:sz w:val="16"/>
              </w:rPr>
              <w:t>Подпись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6"/>
              </w:rPr>
              <w:t>1.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16"/>
              </w:rPr>
              <w:t>2.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sz w:val="16"/>
              </w:rPr>
              <w:t>3.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sz w:val="16"/>
              </w:rPr>
              <w:t>4.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sz w:val="16"/>
              </w:rPr>
              <w:t>5.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sz w:val="16"/>
              </w:rPr>
              <w:t>6.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80" w:before="0"/>
      </w:pPr>
      <w:r>
        <w:rPr/>
      </w:r>
    </w:p>
    <w:p>
      <w:r>
        <w:br w:type="page"/>
      </w:r>
    </w:p>
    <w:p>
      <w:pPr>
        <w:spacing w:after="40" w:before="0"/>
        <w:jc w:val="center"/>
      </w:pPr>
      <w:r>
        <w:rPr>
          <w:b/>
        </w:rPr>
        <w:t>Раздел III. Проверка огнезадерживающих устройств в воздуховодах, устройств блокировки вентиляционных систем с автоматическими установками пожарной сигнализации или пожаротушения</w:t>
      </w:r>
    </w:p>
    <w:p>
      <w:pPr>
        <w:spacing w:after="120" w:before="0"/>
        <w:jc w:val="center"/>
      </w:pPr>
      <w:r>
        <w:rPr>
          <w:i/>
          <w:sz w:val="18"/>
        </w:rPr>
        <w:t>(п. 42 ППР в РФ, утв. постановлением Правительства РФ от 16.09.2020 № 1479)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b/>
                <w:sz w:val="16"/>
              </w:rPr>
              <w:t>№ п/п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b/>
                <w:sz w:val="16"/>
              </w:rPr>
              <w:t>Дата проверки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b/>
                <w:sz w:val="16"/>
              </w:rPr>
              <w:t>Наименование устройств, количество, местонахождение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b/>
                <w:sz w:val="16"/>
              </w:rPr>
              <w:t>Результаты проверки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b/>
                <w:sz w:val="16"/>
              </w:rPr>
              <w:t>Проведено (должность, ФИО, организация)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b/>
                <w:sz w:val="16"/>
              </w:rPr>
              <w:t>Подпись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6"/>
              </w:rPr>
              <w:t>1.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16"/>
              </w:rPr>
              <w:t>2.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sz w:val="16"/>
              </w:rPr>
              <w:t>3.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sz w:val="16"/>
              </w:rPr>
              <w:t>4.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sz w:val="16"/>
              </w:rPr>
              <w:t>5.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sz w:val="16"/>
              </w:rPr>
              <w:t>6.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80" w:before="0"/>
      </w:pPr>
      <w:r>
        <w:rPr/>
      </w:r>
    </w:p>
    <w:p>
      <w:r>
        <w:br w:type="page"/>
      </w:r>
    </w:p>
    <w:p>
      <w:pPr>
        <w:spacing w:after="40" w:before="0"/>
        <w:jc w:val="center"/>
      </w:pPr>
      <w:r>
        <w:rPr>
          <w:b/>
        </w:rPr>
        <w:t>Раздел IV. Очистка вентиляционных камер, циклонов, фильтров, воздуховодов, вытяжных устройств от горючих отходов и отложений</w:t>
      </w:r>
    </w:p>
    <w:p>
      <w:pPr>
        <w:spacing w:after="120" w:before="0"/>
        <w:jc w:val="center"/>
      </w:pPr>
      <w:r>
        <w:rPr>
          <w:i/>
          <w:sz w:val="18"/>
        </w:rPr>
        <w:t>(пп. 43, 124 ППР в РФ, утв. постановлением Правительства РФ от 16.09.2020 № 1479)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b/>
                <w:sz w:val="16"/>
              </w:rPr>
              <w:t>№ п/п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b/>
                <w:sz w:val="16"/>
              </w:rPr>
              <w:t>Дата очистки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b/>
                <w:sz w:val="16"/>
              </w:rPr>
              <w:t>Наименование сетей и устройств, местонахождение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b/>
                <w:sz w:val="16"/>
              </w:rPr>
              <w:t>Какие работы проведены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b/>
                <w:sz w:val="16"/>
              </w:rPr>
              <w:t>Проведено (должность, ФИО, организация)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b/>
                <w:sz w:val="16"/>
              </w:rPr>
              <w:t>Подпись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6"/>
              </w:rPr>
              <w:t>1.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16"/>
              </w:rPr>
              <w:t>2.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sz w:val="16"/>
              </w:rPr>
              <w:t>3.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sz w:val="16"/>
              </w:rPr>
              <w:t>4.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sz w:val="16"/>
              </w:rPr>
              <w:t>5.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sz w:val="16"/>
              </w:rPr>
              <w:t>6.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80" w:before="0"/>
      </w:pPr>
      <w:r>
        <w:rPr/>
      </w:r>
    </w:p>
    <w:p>
      <w:r>
        <w:br w:type="page"/>
      </w:r>
    </w:p>
    <w:p>
      <w:pPr>
        <w:spacing w:after="40" w:before="0"/>
        <w:jc w:val="center"/>
      </w:pPr>
      <w:r>
        <w:rPr>
          <w:b/>
        </w:rPr>
        <w:t>Раздел V. Проверка водоотдачи наружного противопожарного водопровода</w:t>
      </w:r>
    </w:p>
    <w:p>
      <w:pPr>
        <w:spacing w:after="120" w:before="0"/>
        <w:jc w:val="center"/>
      </w:pPr>
      <w:r>
        <w:rPr>
          <w:i/>
          <w:sz w:val="18"/>
        </w:rPr>
        <w:t>(п. 48 ППР в РФ, утв. постановлением Правительства РФ от 16.09.2020 № 1479)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b/>
                <w:sz w:val="16"/>
              </w:rPr>
              <w:t>№ п/п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b/>
                <w:sz w:val="16"/>
              </w:rPr>
              <w:t>Дата проверки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b/>
                <w:sz w:val="16"/>
              </w:rPr>
              <w:t>Водопровод, номера пожарных гидрантов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b/>
                <w:sz w:val="16"/>
              </w:rPr>
              <w:t>Результат (соответствует / не соответствует)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b/>
                <w:sz w:val="16"/>
              </w:rPr>
              <w:t>Проведено (должность, ФИО, организация)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b/>
                <w:sz w:val="16"/>
              </w:rPr>
              <w:t>Подпись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6"/>
              </w:rPr>
              <w:t>1.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16"/>
              </w:rPr>
              <w:t>2.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sz w:val="16"/>
              </w:rPr>
              <w:t>3.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sz w:val="16"/>
              </w:rPr>
              <w:t>4.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sz w:val="16"/>
              </w:rPr>
              <w:t>5.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sz w:val="16"/>
              </w:rPr>
              <w:t>6.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80" w:before="0"/>
      </w:pPr>
      <w:r>
        <w:rPr/>
      </w:r>
    </w:p>
    <w:p>
      <w:r>
        <w:br w:type="page"/>
      </w:r>
    </w:p>
    <w:p>
      <w:pPr>
        <w:spacing w:after="40" w:before="0"/>
        <w:jc w:val="center"/>
      </w:pPr>
      <w:r>
        <w:rPr>
          <w:b/>
        </w:rPr>
        <w:t>Раздел VI. Проверка водоотдачи внутреннего противопожарного водопровода и укомплектованности пожарных кранов</w:t>
      </w:r>
    </w:p>
    <w:p>
      <w:pPr>
        <w:spacing w:after="120" w:before="0"/>
        <w:jc w:val="center"/>
      </w:pPr>
      <w:r>
        <w:rPr>
          <w:i/>
          <w:sz w:val="18"/>
        </w:rPr>
        <w:t>(п. 50 ППР в РФ, утв. постановлением Правительства РФ от 16.09.2020 № 1479)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b/>
                <w:sz w:val="16"/>
              </w:rPr>
              <w:t>№ п/п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b/>
                <w:sz w:val="16"/>
              </w:rPr>
              <w:t>Дата проверки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b/>
                <w:sz w:val="16"/>
              </w:rPr>
              <w:t>Номера пожарных кранов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b/>
                <w:sz w:val="16"/>
              </w:rPr>
              <w:t>Результат проверки, укомплектованность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b/>
                <w:sz w:val="16"/>
              </w:rPr>
              <w:t>Проведено (должность, ФИО, организация)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b/>
                <w:sz w:val="16"/>
              </w:rPr>
              <w:t>Подпись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6"/>
              </w:rPr>
              <w:t>1.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16"/>
              </w:rPr>
              <w:t>2.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sz w:val="16"/>
              </w:rPr>
              <w:t>3.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sz w:val="16"/>
              </w:rPr>
              <w:t>4.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sz w:val="16"/>
              </w:rPr>
              <w:t>5.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sz w:val="16"/>
              </w:rPr>
              <w:t>6.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80" w:before="0"/>
      </w:pPr>
      <w:r>
        <w:rPr/>
      </w:r>
    </w:p>
    <w:p>
      <w:r>
        <w:br w:type="page"/>
      </w:r>
    </w:p>
    <w:p>
      <w:pPr>
        <w:spacing w:after="40" w:before="0"/>
        <w:jc w:val="center"/>
      </w:pPr>
      <w:r>
        <w:rPr>
          <w:b/>
        </w:rPr>
        <w:t>Раздел VII. Перекатка пожарных рукавов</w:t>
      </w:r>
    </w:p>
    <w:p>
      <w:pPr>
        <w:spacing w:after="120" w:before="0"/>
        <w:jc w:val="center"/>
      </w:pPr>
      <w:r>
        <w:rPr>
          <w:i/>
          <w:sz w:val="18"/>
        </w:rPr>
        <w:t>(п. 50 ППР в РФ, утв. постановлением Правительства РФ от 16.09.2020 № 1479)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b/>
                <w:sz w:val="16"/>
              </w:rPr>
              <w:t>№ п/п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b/>
                <w:sz w:val="16"/>
              </w:rPr>
              <w:t>Дата перекатки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b/>
                <w:sz w:val="16"/>
              </w:rPr>
              <w:t>Количество рукавов, номера пожарных кранов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b/>
                <w:sz w:val="16"/>
              </w:rPr>
              <w:t>Отметка о проведении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b/>
                <w:sz w:val="16"/>
              </w:rPr>
              <w:t>Проведено (должность, ФИО, организация)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b/>
                <w:sz w:val="16"/>
              </w:rPr>
              <w:t>Подпись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6"/>
              </w:rPr>
              <w:t>1.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16"/>
              </w:rPr>
              <w:t>2.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sz w:val="16"/>
              </w:rPr>
              <w:t>3.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sz w:val="16"/>
              </w:rPr>
              <w:t>4.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sz w:val="16"/>
              </w:rPr>
              <w:t>5.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sz w:val="16"/>
              </w:rPr>
              <w:t>6.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80" w:before="0"/>
      </w:pPr>
      <w:r>
        <w:rPr/>
      </w:r>
    </w:p>
    <w:p>
      <w:r>
        <w:br w:type="page"/>
      </w:r>
    </w:p>
    <w:p>
      <w:pPr>
        <w:spacing w:after="40" w:before="0"/>
        <w:jc w:val="center"/>
      </w:pPr>
      <w:r>
        <w:rPr>
          <w:b/>
        </w:rPr>
        <w:t>Раздел VIII. Проверка задвижек с электроприводом на обводных линиях водомерных устройств, пожарных насосных агрегатов</w:t>
      </w:r>
    </w:p>
    <w:p>
      <w:pPr>
        <w:spacing w:after="120" w:before="0"/>
        <w:jc w:val="center"/>
      </w:pPr>
      <w:r>
        <w:rPr>
          <w:i/>
          <w:sz w:val="18"/>
        </w:rPr>
        <w:t>(п. 52 ППР в РФ, утв. постановлением Правительства РФ от 16.09.2020 № 1479)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b/>
                <w:sz w:val="16"/>
              </w:rPr>
              <w:t>№ п/п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b/>
                <w:sz w:val="16"/>
              </w:rPr>
              <w:t>Дата проверки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b/>
                <w:sz w:val="16"/>
              </w:rPr>
              <w:t>Наименование устройств, местонахождение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b/>
                <w:sz w:val="16"/>
              </w:rPr>
              <w:t>Результат (исправен / неисправности)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b/>
                <w:sz w:val="16"/>
              </w:rPr>
              <w:t>Проведено (должность, ФИО, организация)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b/>
                <w:sz w:val="16"/>
              </w:rPr>
              <w:t>Подпись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6"/>
              </w:rPr>
              <w:t>1.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16"/>
              </w:rPr>
              <w:t>2.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sz w:val="16"/>
              </w:rPr>
              <w:t>3.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sz w:val="16"/>
              </w:rPr>
              <w:t>4.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sz w:val="16"/>
              </w:rPr>
              <w:t>5.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sz w:val="16"/>
              </w:rPr>
              <w:t>6.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80" w:before="0"/>
      </w:pPr>
      <w:r>
        <w:rPr/>
      </w:r>
    </w:p>
    <w:p>
      <w:r>
        <w:br w:type="page"/>
      </w:r>
    </w:p>
    <w:p>
      <w:pPr>
        <w:spacing w:after="40" w:before="0"/>
        <w:jc w:val="center"/>
      </w:pPr>
      <w:r>
        <w:rPr>
          <w:b/>
        </w:rPr>
        <w:t>Раздел IX. Автоматическая установка пожаротушения</w:t>
      </w:r>
    </w:p>
    <w:p>
      <w:pPr>
        <w:spacing w:after="120" w:before="0"/>
        <w:jc w:val="center"/>
      </w:pPr>
      <w:r>
        <w:rPr>
          <w:i/>
          <w:sz w:val="18"/>
        </w:rPr>
        <w:t>(п. 54 ППР в РФ, утв. постановлением Правительства РФ от 16.09.2020 № 1479)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b/>
                <w:sz w:val="16"/>
              </w:rPr>
              <w:t>№ п/п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b/>
                <w:sz w:val="16"/>
              </w:rPr>
              <w:t>Дата работ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b/>
                <w:sz w:val="16"/>
              </w:rPr>
              <w:t>Наименование установки (здание, помещение)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b/>
                <w:sz w:val="16"/>
              </w:rPr>
              <w:t>Вид работ и результат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b/>
                <w:sz w:val="16"/>
              </w:rPr>
              <w:t>Проведено (должность, ФИО, организация)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b/>
                <w:sz w:val="16"/>
              </w:rPr>
              <w:t>Подпись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6"/>
              </w:rPr>
              <w:t>1.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16"/>
              </w:rPr>
              <w:t>2.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sz w:val="16"/>
              </w:rPr>
              <w:t>3.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sz w:val="16"/>
              </w:rPr>
              <w:t>4.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sz w:val="16"/>
              </w:rPr>
              <w:t>5.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sz w:val="16"/>
              </w:rPr>
              <w:t>6.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80" w:before="0"/>
      </w:pPr>
      <w:r>
        <w:rPr/>
      </w:r>
    </w:p>
    <w:p>
      <w:r>
        <w:br w:type="page"/>
      </w:r>
    </w:p>
    <w:p>
      <w:pPr>
        <w:spacing w:after="40" w:before="0"/>
        <w:jc w:val="center"/>
      </w:pPr>
      <w:r>
        <w:rPr>
          <w:b/>
        </w:rPr>
        <w:t>Раздел X. Автоматическая установка пожарной сигнализации</w:t>
      </w:r>
    </w:p>
    <w:p>
      <w:pPr>
        <w:spacing w:after="120" w:before="0"/>
        <w:jc w:val="center"/>
      </w:pPr>
      <w:r>
        <w:rPr>
          <w:i/>
          <w:sz w:val="18"/>
        </w:rPr>
        <w:t>(п. 54 ППР в РФ, утв. постановлением Правительства РФ от 16.09.2020 № 1479)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b/>
                <w:sz w:val="16"/>
              </w:rPr>
              <w:t>№ п/п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b/>
                <w:sz w:val="16"/>
              </w:rPr>
              <w:t>Дата работ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b/>
                <w:sz w:val="16"/>
              </w:rPr>
              <w:t>Наименование установки (здание, помещение)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b/>
                <w:sz w:val="16"/>
              </w:rPr>
              <w:t>Вид работ и результат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b/>
                <w:sz w:val="16"/>
              </w:rPr>
              <w:t>Проведено (должность, ФИО, организация)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b/>
                <w:sz w:val="16"/>
              </w:rPr>
              <w:t>Подпись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6"/>
              </w:rPr>
              <w:t>1.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16"/>
              </w:rPr>
              <w:t>2.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sz w:val="16"/>
              </w:rPr>
              <w:t>3.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sz w:val="16"/>
              </w:rPr>
              <w:t>4.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sz w:val="16"/>
              </w:rPr>
              <w:t>5.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sz w:val="16"/>
              </w:rPr>
              <w:t>6.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80" w:before="0"/>
      </w:pPr>
      <w:r>
        <w:rPr/>
      </w:r>
    </w:p>
    <w:p>
      <w:r>
        <w:br w:type="page"/>
      </w:r>
    </w:p>
    <w:p>
      <w:pPr>
        <w:spacing w:after="40" w:before="0"/>
        <w:jc w:val="center"/>
      </w:pPr>
      <w:r>
        <w:rPr>
          <w:b/>
        </w:rPr>
        <w:t>Раздел XI. Система оповещения и управления эвакуацией людей при пожаре</w:t>
      </w:r>
    </w:p>
    <w:p>
      <w:pPr>
        <w:spacing w:after="120" w:before="0"/>
        <w:jc w:val="center"/>
      </w:pPr>
      <w:r>
        <w:rPr>
          <w:i/>
          <w:sz w:val="18"/>
        </w:rPr>
        <w:t>(п. 54 ППР в РФ, утв. постановлением Правительства РФ от 16.09.2020 № 1479)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b/>
                <w:sz w:val="16"/>
              </w:rPr>
              <w:t>№ п/п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b/>
                <w:sz w:val="16"/>
              </w:rPr>
              <w:t>Дата работ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b/>
                <w:sz w:val="16"/>
              </w:rPr>
              <w:t>Наименование системы (здание, помещение)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b/>
                <w:sz w:val="16"/>
              </w:rPr>
              <w:t>Вид работ и результат, замечания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b/>
                <w:sz w:val="16"/>
              </w:rPr>
              <w:t>Проведено (должность, ФИО, организация)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b/>
                <w:sz w:val="16"/>
              </w:rPr>
              <w:t>Подпись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6"/>
              </w:rPr>
              <w:t>1.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16"/>
              </w:rPr>
              <w:t>2.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sz w:val="16"/>
              </w:rPr>
              <w:t>3.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sz w:val="16"/>
              </w:rPr>
              <w:t>4.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sz w:val="16"/>
              </w:rPr>
              <w:t>5.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sz w:val="16"/>
              </w:rPr>
              <w:t>6.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80" w:before="0"/>
      </w:pPr>
      <w:r>
        <w:rPr/>
      </w:r>
    </w:p>
    <w:p>
      <w:r>
        <w:br w:type="page"/>
      </w:r>
    </w:p>
    <w:p>
      <w:pPr>
        <w:spacing w:after="40" w:before="0"/>
        <w:jc w:val="center"/>
      </w:pPr>
      <w:r>
        <w:rPr>
          <w:b/>
        </w:rPr>
        <w:t>Раздел XII. Системы противодымной вентиляции</w:t>
      </w:r>
    </w:p>
    <w:p>
      <w:pPr>
        <w:spacing w:after="120" w:before="0"/>
        <w:jc w:val="center"/>
      </w:pPr>
      <w:r>
        <w:rPr>
          <w:i/>
          <w:sz w:val="18"/>
        </w:rPr>
        <w:t>(п. 54 ППР в РФ, утв. постановлением Правительства РФ от 16.09.2020 № 1479)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b/>
                <w:sz w:val="16"/>
              </w:rPr>
              <w:t>№ п/п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b/>
                <w:sz w:val="16"/>
              </w:rPr>
              <w:t>Дата работ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b/>
                <w:sz w:val="16"/>
              </w:rPr>
              <w:t>Наименование системы (здание, помещение)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b/>
                <w:sz w:val="16"/>
              </w:rPr>
              <w:t>Вид работ и результат, замечания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b/>
                <w:sz w:val="16"/>
              </w:rPr>
              <w:t>Проведено (должность, ФИО, организация)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b/>
                <w:sz w:val="16"/>
              </w:rPr>
              <w:t>Подпись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6"/>
              </w:rPr>
              <w:t>1.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16"/>
              </w:rPr>
              <w:t>2.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sz w:val="16"/>
              </w:rPr>
              <w:t>3.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sz w:val="16"/>
              </w:rPr>
              <w:t>4.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sz w:val="16"/>
              </w:rPr>
              <w:t>5.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sz w:val="16"/>
              </w:rPr>
              <w:t>6.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80" w:before="0"/>
      </w:pPr>
      <w:r>
        <w:rPr/>
      </w:r>
    </w:p>
    <w:p>
      <w:r>
        <w:br w:type="page"/>
      </w:r>
    </w:p>
    <w:p>
      <w:pPr>
        <w:spacing w:after="40" w:before="0"/>
        <w:jc w:val="center"/>
      </w:pPr>
      <w:r>
        <w:rPr>
          <w:b/>
        </w:rPr>
        <w:t>Раздел XIII. Учёт и проверка огнетушителей</w:t>
      </w:r>
    </w:p>
    <w:p>
      <w:pPr>
        <w:spacing w:after="120" w:before="0"/>
        <w:jc w:val="center"/>
      </w:pPr>
      <w:r>
        <w:rPr>
          <w:i/>
          <w:sz w:val="18"/>
        </w:rPr>
        <w:t>(п. 60 ППР в РФ, утв. постановлением Правительства РФ от 16.09.2020 № 1479)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b/>
                <w:sz w:val="16"/>
              </w:rPr>
              <w:t>№ п/п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b/>
                <w:sz w:val="16"/>
              </w:rPr>
              <w:t>Дата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b/>
                <w:sz w:val="16"/>
              </w:rPr>
              <w:t>Огнетушитель: тип, заводской и присвоенный номер, место установки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b/>
                <w:sz w:val="16"/>
              </w:rPr>
              <w:t>Вид работ и результат (масса, давление, перезарядка)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b/>
                <w:sz w:val="16"/>
              </w:rPr>
              <w:t>Проведено (должность, ФИО, организация)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b/>
                <w:sz w:val="16"/>
              </w:rPr>
              <w:t>Подпись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6"/>
              </w:rPr>
              <w:t>1.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16"/>
              </w:rPr>
              <w:t>2.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sz w:val="16"/>
              </w:rPr>
              <w:t>3.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sz w:val="16"/>
              </w:rPr>
              <w:t>4.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sz w:val="16"/>
              </w:rPr>
              <w:t>5.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sz w:val="16"/>
              </w:rPr>
              <w:t>6.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80" w:before="0"/>
      </w:pPr>
      <w:r>
        <w:rPr/>
      </w:r>
    </w:p>
    <w:p>
      <w:r>
        <w:br w:type="page"/>
      </w:r>
    </w:p>
    <w:p>
      <w:pPr>
        <w:spacing w:after="120" w:before="0"/>
        <w:jc w:val="center"/>
      </w:pPr>
      <w:r>
        <w:rPr>
          <w:b/>
        </w:rPr>
        <w:t>Учёт работ по техническому обслуживанию систем противопожарной защиты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b/>
                <w:sz w:val="16"/>
              </w:rPr>
              <w:t>№ п/п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b/>
                <w:sz w:val="16"/>
              </w:rPr>
              <w:t>Дата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b/>
                <w:sz w:val="16"/>
              </w:rPr>
              <w:t>Вид работ (заявка)</w:t>
            </w:r>
          </w:p>
        </w:tc>
        <w:tc>
          <w:tcPr>
            <w:tcW w:type="dxa" w:w="2948"/>
          </w:tcPr>
          <w:p>
            <w:pPr>
              <w:jc w:val="center"/>
            </w:pPr>
            <w:r/>
            <w:r>
              <w:rPr>
                <w:b/>
                <w:sz w:val="16"/>
              </w:rPr>
              <w:t>Результат проведённых работ, замечания</w:t>
            </w:r>
          </w:p>
        </w:tc>
        <w:tc>
          <w:tcPr>
            <w:tcW w:type="dxa" w:w="1871"/>
          </w:tcPr>
          <w:p>
            <w:pPr>
              <w:jc w:val="center"/>
            </w:pPr>
            <w:r/>
            <w:r>
              <w:rPr>
                <w:b/>
                <w:sz w:val="16"/>
              </w:rPr>
              <w:t>Работы провёл (ФИО, организация)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6"/>
              </w:rPr>
              <w:t>1.</w:t>
            </w:r>
          </w:p>
        </w:tc>
        <w:tc>
          <w:tcPr>
            <w:tcW w:type="dxa" w:w="1304"/>
          </w:tcPr>
          <w:p>
            <w:pPr>
              <w:jc w:val="center"/>
            </w:pPr>
            <w:r/>
            <w:r>
              <w:rPr>
                <w:sz w:val="16"/>
              </w:rPr>
              <w:t>2.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sz w:val="16"/>
              </w:rPr>
              <w:t>3.</w:t>
            </w:r>
          </w:p>
        </w:tc>
        <w:tc>
          <w:tcPr>
            <w:tcW w:type="dxa" w:w="2948"/>
          </w:tcPr>
          <w:p>
            <w:pPr>
              <w:jc w:val="center"/>
            </w:pPr>
            <w:r/>
            <w:r>
              <w:rPr>
                <w:sz w:val="16"/>
              </w:rPr>
              <w:t>4.</w:t>
            </w:r>
          </w:p>
        </w:tc>
        <w:tc>
          <w:tcPr>
            <w:tcW w:type="dxa" w:w="1871"/>
          </w:tcPr>
          <w:p>
            <w:pPr>
              <w:jc w:val="center"/>
            </w:pPr>
            <w:r/>
            <w:r>
              <w:rPr>
                <w:sz w:val="16"/>
              </w:rPr>
              <w:t>5.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{%tr for r in reports %}</w:t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71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  <w:t>{{ r.index }}</w:t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  <w:t>{{ r.date }}</w:t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  <w:t>{{ r.order_type }}{% if r.order_number %} № {{ r.order_number }}{% endif %}</w:t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  <w:t>{{ r.description }}</w:t>
            </w:r>
          </w:p>
        </w:tc>
        <w:tc>
          <w:tcPr>
            <w:tcW w:type="dxa" w:w="1871"/>
          </w:tcPr>
          <w:p>
            <w:r/>
            <w:r>
              <w:rPr>
                <w:sz w:val="18"/>
              </w:rPr>
              <w:t>{{ r.engineer }}, {{ executor.short_name or executor.name }}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>{%tr endfor %}</w:t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71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71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71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71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71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71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71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71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71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71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71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71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871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80" w:before="0"/>
      </w:pPr>
      <w:r>
        <w:rPr/>
      </w:r>
    </w:p>
    <w:sectPr w:rsidR="00FC693F" w:rsidRPr="0006063C" w:rsidSect="00034616">
      <w:pgSz w:w="11906" w:h="16838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