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0" w:before="0"/>
      </w:pPr>
      <w:r>
        <w:rPr/>
      </w:r>
    </w:p>
    <w:p>
      <w:pPr>
        <w:spacing w:after="120" w:before="0"/>
        <w:jc w:val="center"/>
      </w:pPr>
      <w:r>
        <w:rPr>
          <w:b/>
          <w:sz w:val="40"/>
        </w:rPr>
        <w:t>ЖУРНАЛ</w:t>
      </w:r>
    </w:p>
    <w:p>
      <w:pPr>
        <w:spacing w:after="40" w:before="0"/>
        <w:jc w:val="center"/>
      </w:pPr>
      <w:r>
        <w:rPr>
          <w:b/>
          <w:sz w:val="28"/>
        </w:rPr>
        <w:t>регистрации работ по техническому обслуживанию</w:t>
      </w:r>
    </w:p>
    <w:p>
      <w:pPr>
        <w:spacing w:after="40" w:before="0"/>
        <w:jc w:val="center"/>
      </w:pPr>
      <w:r>
        <w:rPr>
          <w:b/>
          <w:sz w:val="28"/>
        </w:rPr>
        <w:t>{{ contract.short_subject }}</w:t>
      </w:r>
    </w:p>
    <w:p>
      <w:pPr>
        <w:spacing w:after="60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Объект: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{{ object.name }}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Адрес: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{{ object.address }}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Заказчик: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{{ customer.name }}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Исполнитель: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{{ executor.name }}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Договор: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№ {{ contract.number }} от {{ contract.date_of_consclusion }}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Ответственный на объекте: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{{ object.responsible_face }}, {{ object.responsible_faces_contact }}</w:t>
            </w:r>
          </w:p>
        </w:tc>
      </w:tr>
    </w:tbl>
    <w:p>
      <w:pPr>
        <w:spacing w:after="600" w:before="0"/>
      </w:pPr>
      <w:r>
        <w:rPr/>
      </w:r>
    </w:p>
    <w:p>
      <w:pPr>
        <w:spacing w:after="80" w:before="0"/>
        <w:jc w:val="center"/>
      </w:pPr>
      <w:r>
        <w:rPr/>
        <w:t>Начат: «____» ______________ 20___ г.        Окончен: «____» ______________ 20___ г.</w:t>
      </w:r>
    </w:p>
    <w:p>
      <w:pPr>
        <w:spacing w:after="600" w:before="0"/>
      </w:pPr>
      <w:r>
        <w:rPr/>
      </w:r>
    </w:p>
    <w:p>
      <w:pPr>
        <w:spacing w:after="80" w:before="0"/>
        <w:jc w:val="center"/>
      </w:pPr>
      <w:r>
        <w:rPr>
          <w:sz w:val="20"/>
        </w:rPr>
        <w:t>В журнале пронумеровано и прошнуровано ______ листов.</w:t>
      </w:r>
    </w:p>
    <w:p>
      <w:r>
        <w:br w:type="page"/>
      </w:r>
    </w:p>
    <w:p>
      <w:pPr>
        <w:keepNext/>
        <w:spacing w:after="80" w:before="160"/>
      </w:pPr>
      <w:r>
        <w:rPr>
          <w:b/>
        </w:rPr>
        <w:t>Перечень технических средств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7370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 оборудования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Кол-во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for group in equipment_groups %}</w:t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20"/>
              </w:rPr>
              <w:t>{{ group.index }}{% if group.index %}.{% endif %}</w:t>
            </w:r>
          </w:p>
        </w:tc>
        <w:tc>
          <w:tcPr>
            <w:tcW w:type="dxa" w:w="7370"/>
          </w:tcPr>
          <w:p>
            <w:r/>
            <w:r>
              <w:rPr>
                <w:b/>
                <w:sz w:val="20"/>
              </w:rPr>
              <w:t>{{ group.system_name }}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20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for row in group.rows %}</w:t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{{ row.index }}</w:t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>{{ row.name }}</w:t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{{ row.count }}</w:t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endfor %}</w:t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850"/>
          </w:tcPr>
          <w:p>
            <w:r/>
            <w:r>
              <w:rPr>
                <w:sz w:val="20"/>
              </w:rPr>
              <w:t>{%tr endfor %}</w:t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80" w:before="0"/>
      </w:pPr>
      <w:r>
        <w:rPr/>
      </w:r>
    </w:p>
    <w:p>
      <w:pPr>
        <w:spacing w:after="80" w:before="0"/>
      </w:pPr>
      <w:r>
        <w:rPr/>
        <w:t>Ответственное лицо Заказчика: {{ object.responsible_face }}, {{ object.responsible_faces_contact }}</w:t>
      </w:r>
    </w:p>
    <w:p>
      <w:pPr>
        <w:spacing w:after="160" w:before="0"/>
      </w:pPr>
      <w:r>
        <w:rPr/>
        <w:t>Ответственное лицо Исполнителя: ______________________________________</w:t>
      </w:r>
    </w:p>
    <w:p>
      <w:r>
        <w:br w:type="page"/>
      </w:r>
    </w:p>
    <w:p>
      <w:pPr>
        <w:keepNext/>
        <w:spacing w:after="80" w:before="160"/>
      </w:pPr>
      <w:r>
        <w:rPr>
          <w:b/>
        </w:rPr>
        <w:t>Регистрация выполненных работ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Дата выполнения работ</w:t>
            </w:r>
          </w:p>
        </w:tc>
        <w:tc>
          <w:tcPr>
            <w:tcW w:type="dxa" w:w="4082"/>
          </w:tcPr>
          <w:p>
            <w:pPr>
              <w:jc w:val="center"/>
            </w:pPr>
            <w:r/>
            <w:r>
              <w:rPr>
                <w:b/>
                <w:sz w:val="18"/>
              </w:rPr>
              <w:t>Описание выполненных работ, заключение о техническом состоянии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8"/>
              </w:rPr>
              <w:t>Заменённые комплектующие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ФИО, подпись исполнителя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8"/>
              </w:rPr>
              <w:t>Отметка Заказчика</w:t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8"/>
              </w:rPr>
              <w:t>1.</w:t>
            </w:r>
          </w:p>
        </w:tc>
        <w:tc>
          <w:tcPr>
            <w:tcW w:type="dxa" w:w="4082"/>
          </w:tcPr>
          <w:p>
            <w:pPr>
              <w:jc w:val="center"/>
            </w:pPr>
            <w:r/>
            <w:r>
              <w:rPr>
                <w:sz w:val="18"/>
              </w:rPr>
              <w:t>2.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8"/>
              </w:rPr>
              <w:t>3.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sz w:val="18"/>
              </w:rPr>
              <w:t>4.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8"/>
              </w:rPr>
              <w:t>5.</w:t>
            </w:r>
          </w:p>
        </w:tc>
      </w:tr>
      <w:tr>
        <w:tc>
          <w:tcPr>
            <w:tcW w:type="dxa" w:w="1304"/>
          </w:tcPr>
          <w:p>
            <w:r/>
            <w:r>
              <w:rPr>
                <w:sz w:val="20"/>
              </w:rPr>
              <w:t>{%tr for r in reports %}</w:t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  <w:t>{{ r.date }}</w:t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  <w:t>{{ r.order_type }}{% if r.order_number %} (заявка {{ r.order_number }}){% endif %}. {{ r.description }}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>{{ r.engineer }}</w:t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r/>
            <w:r>
              <w:rPr>
                <w:sz w:val="20"/>
              </w:rPr>
              <w:t>{%tr endfor %}</w:t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408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80" w:before="0"/>
      </w:pPr>
      <w:r>
        <w:rPr/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