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0" w:before="0"/>
      </w:pPr>
      <w:r>
        <w:rPr/>
      </w:r>
    </w:p>
    <w:p>
      <w:pPr>
        <w:spacing w:after="120" w:before="0"/>
        <w:jc w:val="center"/>
      </w:pPr>
      <w:r>
        <w:rPr>
          <w:b/>
          <w:sz w:val="40"/>
        </w:rPr>
        <w:t>ЖУРНАЛ</w:t>
      </w:r>
    </w:p>
    <w:p>
      <w:pPr>
        <w:spacing w:after="40" w:before="0"/>
        <w:jc w:val="center"/>
      </w:pPr>
      <w:r>
        <w:rPr>
          <w:b/>
          <w:sz w:val="28"/>
        </w:rPr>
        <w:t>регистрации работ по техническому обслуживанию</w:t>
      </w:r>
    </w:p>
    <w:p>
      <w:pPr>
        <w:spacing w:after="40" w:before="0"/>
        <w:jc w:val="center"/>
      </w:pPr>
      <w:r>
        <w:rPr>
          <w:b/>
          <w:sz w:val="28"/>
        </w:rPr>
        <w:t xml:space="preserve">____________</w:t>
      </w:r>
    </w:p>
    <w:p>
      <w:pPr>
        <w:spacing w:after="60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Объект: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Адрес: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Заказчик: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Исполнитель: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Договор: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№ ____________ от ____________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Ответственный на объекте: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 xml:space="preserve">____________, ____________</w:t>
            </w:r>
          </w:p>
        </w:tc>
      </w:tr>
    </w:tbl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/>
        <w:t>Начат: «____» ______________ 20___ г.        Окончен: «____» ______________ 20___ г.</w:t>
      </w:r>
    </w:p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>
          <w:sz w:val="20"/>
        </w:rPr>
        <w:t>В журнале пронумеровано и прошнуровано ______ листов.</w:t>
      </w:r>
    </w:p>
    <w:p>
      <w:r>
        <w:br w:type="page"/>
      </w:r>
    </w:p>
    <w:p>
      <w:pPr>
        <w:keepNext/>
        <w:spacing w:after="80" w:before="160"/>
      </w:pPr>
      <w:r>
        <w:rPr>
          <w:b/>
        </w:rPr>
        <w:t>Перечень технических средств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7370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оборудования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Кол-во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b/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</w:pPr>
      <w:r>
        <w:rPr/>
        <w:t xml:space="preserve">Ответственное лицо Заказчика: ____________, ____________</w:t>
      </w:r>
    </w:p>
    <w:p>
      <w:pPr>
        <w:spacing w:after="160" w:before="0"/>
      </w:pPr>
      <w:r>
        <w:rPr/>
        <w:t>Ответственное лицо Исполнителя: ______________________________________</w:t>
      </w:r>
    </w:p>
    <w:p>
      <w:r>
        <w:br w:type="page"/>
      </w:r>
    </w:p>
    <w:p>
      <w:pPr>
        <w:keepNext/>
        <w:spacing w:after="80" w:before="160"/>
      </w:pPr>
      <w:r>
        <w:rPr>
          <w:b/>
        </w:rPr>
        <w:t>Регистрация выполненных работ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 выполнения работ</w:t>
            </w:r>
          </w:p>
        </w:tc>
        <w:tc>
          <w:tcPr>
            <w:tcW w:type="dxa" w:w="4082"/>
          </w:tcPr>
          <w:p>
            <w:pPr>
              <w:jc w:val="center"/>
            </w:pPr>
            <w:r/>
            <w:r>
              <w:rPr>
                <w:b/>
                <w:sz w:val="18"/>
              </w:rPr>
              <w:t>Описание выполненных работ, заключение о техническом состоянии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Заменённые комплектующие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ФИО, подпись исполнителя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Отметка Заказчика</w:t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8"/>
              </w:rPr>
              <w:t>1.</w:t>
            </w:r>
          </w:p>
        </w:tc>
        <w:tc>
          <w:tcPr>
            <w:tcW w:type="dxa" w:w="4082"/>
          </w:tcPr>
          <w:p>
            <w:pPr>
              <w:jc w:val="center"/>
            </w:pPr>
            <w:r/>
            <w:r>
              <w:rPr>
                <w:sz w:val="18"/>
              </w:rPr>
              <w:t>2.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8"/>
              </w:rPr>
              <w:t>3.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sz w:val="18"/>
              </w:rPr>
              <w:t>4.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8"/>
              </w:rPr>
              <w:t>5.</w:t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 w:before="0"/>
      </w:pPr>
      <w:r>
        <w:rPr/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